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D726E" w14:textId="77777777" w:rsidR="000D6A49" w:rsidRPr="006D3C42" w:rsidRDefault="000D6A49" w:rsidP="00F007FB">
      <w:pPr>
        <w:rPr>
          <w:b/>
          <w:color w:val="4069AA"/>
          <w:sz w:val="26"/>
        </w:rPr>
      </w:pPr>
    </w:p>
    <w:p w14:paraId="18EBBF5A" w14:textId="77777777" w:rsidR="007F31B1" w:rsidRPr="00D2151A" w:rsidRDefault="007F31B1">
      <w:pPr>
        <w:jc w:val="center"/>
        <w:rPr>
          <w:b/>
          <w:color w:val="4069AA"/>
          <w:sz w:val="26"/>
          <w:lang w:val="ru-RU"/>
        </w:rPr>
      </w:pPr>
      <w:r w:rsidRPr="00D2151A">
        <w:rPr>
          <w:b/>
          <w:color w:val="4069AA"/>
          <w:sz w:val="26"/>
          <w:lang w:val="ru-RU"/>
        </w:rPr>
        <w:t>Министерство здравоохранения Российской Федерации</w:t>
      </w:r>
    </w:p>
    <w:p w14:paraId="2718ADEC" w14:textId="77777777" w:rsidR="007F31B1" w:rsidRPr="00D2151A" w:rsidRDefault="007F31B1">
      <w:pPr>
        <w:jc w:val="center"/>
        <w:rPr>
          <w:b/>
          <w:color w:val="4069AA"/>
          <w:sz w:val="26"/>
          <w:lang w:val="ru-RU"/>
        </w:rPr>
      </w:pPr>
      <w:r w:rsidRPr="00D2151A">
        <w:rPr>
          <w:b/>
          <w:color w:val="4069AA"/>
          <w:sz w:val="26"/>
          <w:lang w:val="ru-RU"/>
        </w:rPr>
        <w:t xml:space="preserve">Министерство здравоохранения </w:t>
      </w:r>
      <w:r w:rsidR="000D6A49" w:rsidRPr="00D2151A">
        <w:rPr>
          <w:b/>
          <w:color w:val="4069AA"/>
          <w:sz w:val="26"/>
          <w:lang w:val="ru-RU"/>
        </w:rPr>
        <w:t>С</w:t>
      </w:r>
      <w:r w:rsidRPr="00D2151A">
        <w:rPr>
          <w:b/>
          <w:color w:val="4069AA"/>
          <w:sz w:val="26"/>
          <w:lang w:val="ru-RU"/>
        </w:rPr>
        <w:t>амарской области</w:t>
      </w:r>
    </w:p>
    <w:p w14:paraId="78D5027C" w14:textId="77777777" w:rsidR="007E27CF" w:rsidRPr="00D2151A" w:rsidRDefault="00BD67E7">
      <w:pPr>
        <w:jc w:val="center"/>
        <w:rPr>
          <w:lang w:val="ru-RU"/>
        </w:rPr>
      </w:pPr>
      <w:r w:rsidRPr="00D2151A">
        <w:rPr>
          <w:b/>
          <w:color w:val="4069AA"/>
          <w:sz w:val="24"/>
        </w:rPr>
        <w:t>VI</w:t>
      </w:r>
      <w:r w:rsidRPr="00D2151A">
        <w:rPr>
          <w:b/>
          <w:color w:val="4069AA"/>
          <w:sz w:val="24"/>
          <w:lang w:val="ru-RU"/>
        </w:rPr>
        <w:t xml:space="preserve"> Региональн</w:t>
      </w:r>
      <w:r w:rsidR="007F31B1" w:rsidRPr="00D2151A">
        <w:rPr>
          <w:b/>
          <w:color w:val="4069AA"/>
          <w:sz w:val="24"/>
          <w:lang w:val="ru-RU"/>
        </w:rPr>
        <w:t>ая</w:t>
      </w:r>
      <w:r w:rsidRPr="00D2151A">
        <w:rPr>
          <w:b/>
          <w:color w:val="4069AA"/>
          <w:sz w:val="24"/>
          <w:lang w:val="ru-RU"/>
        </w:rPr>
        <w:t xml:space="preserve"> научно-практическ</w:t>
      </w:r>
      <w:r w:rsidR="007F31B1" w:rsidRPr="00D2151A">
        <w:rPr>
          <w:b/>
          <w:color w:val="4069AA"/>
          <w:sz w:val="24"/>
          <w:lang w:val="ru-RU"/>
        </w:rPr>
        <w:t>ая</w:t>
      </w:r>
      <w:r w:rsidRPr="00D2151A">
        <w:rPr>
          <w:b/>
          <w:color w:val="4069AA"/>
          <w:sz w:val="24"/>
          <w:lang w:val="ru-RU"/>
        </w:rPr>
        <w:t xml:space="preserve"> конференци</w:t>
      </w:r>
      <w:r w:rsidR="007F31B1" w:rsidRPr="00D2151A">
        <w:rPr>
          <w:b/>
          <w:color w:val="4069AA"/>
          <w:sz w:val="24"/>
          <w:lang w:val="ru-RU"/>
        </w:rPr>
        <w:t>я</w:t>
      </w:r>
    </w:p>
    <w:p w14:paraId="1ECD4164" w14:textId="77777777" w:rsidR="007E27CF" w:rsidRPr="00D2151A" w:rsidRDefault="0071687D">
      <w:pPr>
        <w:jc w:val="center"/>
        <w:rPr>
          <w:lang w:val="ru-RU"/>
        </w:rPr>
      </w:pPr>
      <w:r w:rsidRPr="00D2151A">
        <w:rPr>
          <w:b/>
          <w:color w:val="4069AA"/>
          <w:sz w:val="24"/>
          <w:lang w:val="ru-RU"/>
        </w:rPr>
        <w:t>Российского общества рентгенологов и радиологов</w:t>
      </w:r>
    </w:p>
    <w:p w14:paraId="435253FF" w14:textId="77777777" w:rsidR="007E27CF" w:rsidRPr="00D2151A" w:rsidRDefault="0071687D">
      <w:pPr>
        <w:spacing w:after="40"/>
        <w:jc w:val="center"/>
        <w:rPr>
          <w:sz w:val="28"/>
          <w:szCs w:val="28"/>
          <w:lang w:val="ru-RU"/>
        </w:rPr>
      </w:pPr>
      <w:r w:rsidRPr="00D2151A">
        <w:rPr>
          <w:b/>
          <w:color w:val="4069AA"/>
          <w:sz w:val="23"/>
          <w:lang w:val="ru-RU"/>
        </w:rPr>
        <w:t>«</w:t>
      </w:r>
      <w:r w:rsidRPr="00D2151A">
        <w:rPr>
          <w:b/>
          <w:color w:val="4069AA"/>
          <w:sz w:val="28"/>
          <w:szCs w:val="28"/>
          <w:lang w:val="ru-RU"/>
        </w:rPr>
        <w:t>Лучевая диагностика Поволжья: клиническая практика, образование и управление»</w:t>
      </w:r>
    </w:p>
    <w:p w14:paraId="486D4018" w14:textId="77777777" w:rsidR="007E27CF" w:rsidRPr="00D2151A" w:rsidRDefault="0071687D">
      <w:pPr>
        <w:spacing w:after="20"/>
        <w:jc w:val="center"/>
        <w:rPr>
          <w:lang w:val="ru-RU"/>
        </w:rPr>
      </w:pPr>
      <w:r w:rsidRPr="00D2151A">
        <w:rPr>
          <w:b/>
          <w:color w:val="4069AA"/>
          <w:sz w:val="23"/>
          <w:lang w:val="ru-RU"/>
        </w:rPr>
        <w:t>г. Самара</w:t>
      </w:r>
    </w:p>
    <w:p w14:paraId="2240A61F" w14:textId="77777777" w:rsidR="007E27CF" w:rsidRPr="00D2151A" w:rsidRDefault="00BD67E7">
      <w:pPr>
        <w:spacing w:after="40"/>
        <w:jc w:val="center"/>
        <w:rPr>
          <w:lang w:val="ru-RU"/>
        </w:rPr>
      </w:pPr>
      <w:r w:rsidRPr="00D2151A">
        <w:rPr>
          <w:b/>
          <w:sz w:val="21"/>
          <w:lang w:val="ru-RU"/>
        </w:rPr>
        <w:t>11-12 сентября</w:t>
      </w:r>
    </w:p>
    <w:p w14:paraId="2531BF17" w14:textId="77777777" w:rsidR="007E27CF" w:rsidRPr="00D2151A" w:rsidRDefault="007F31B1">
      <w:pPr>
        <w:spacing w:after="80"/>
        <w:jc w:val="center"/>
        <w:rPr>
          <w:lang w:val="ru-RU"/>
        </w:rPr>
      </w:pPr>
      <w:r w:rsidRPr="00D2151A">
        <w:rPr>
          <w:b/>
          <w:sz w:val="22"/>
          <w:lang w:val="ru-RU"/>
        </w:rPr>
        <w:t>СОКБ им. В.Д. Середавина Конференц-зал № 1</w:t>
      </w:r>
    </w:p>
    <w:p w14:paraId="007CA84E" w14:textId="77777777" w:rsidR="007E27CF" w:rsidRPr="00D2151A" w:rsidRDefault="0071687D">
      <w:pPr>
        <w:spacing w:before="80" w:after="20"/>
        <w:jc w:val="center"/>
        <w:rPr>
          <w:lang w:val="ru-RU"/>
        </w:rPr>
      </w:pPr>
      <w:r w:rsidRPr="00D2151A">
        <w:rPr>
          <w:b/>
          <w:sz w:val="24"/>
          <w:lang w:val="ru-RU"/>
        </w:rPr>
        <w:t>ДЕНЬ 1</w:t>
      </w:r>
    </w:p>
    <w:p w14:paraId="49516EBC" w14:textId="77777777" w:rsidR="007E27CF" w:rsidRPr="00D2151A" w:rsidRDefault="0071687D">
      <w:pPr>
        <w:spacing w:after="40"/>
        <w:jc w:val="center"/>
        <w:rPr>
          <w:lang w:val="ru-RU"/>
        </w:rPr>
      </w:pPr>
      <w:r w:rsidRPr="00D2151A">
        <w:rPr>
          <w:b/>
          <w:sz w:val="22"/>
          <w:lang w:val="ru-RU"/>
        </w:rPr>
        <w:t>Экспертная клиническая программа</w:t>
      </w:r>
    </w:p>
    <w:p w14:paraId="5411F731" w14:textId="41AAD756" w:rsidR="007E27CF" w:rsidRPr="00D2151A" w:rsidRDefault="007E27CF">
      <w:pPr>
        <w:spacing w:after="80"/>
        <w:jc w:val="center"/>
        <w:rPr>
          <w:lang w:val="ru-RU"/>
        </w:rPr>
      </w:pPr>
    </w:p>
    <w:tbl>
      <w:tblPr>
        <w:tblW w:w="1077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5565"/>
        <w:gridCol w:w="118"/>
        <w:gridCol w:w="3389"/>
      </w:tblGrid>
      <w:tr w:rsidR="007E27CF" w:rsidRPr="00172D36" w14:paraId="0AC41C2D" w14:textId="77777777" w:rsidTr="000E0DD2">
        <w:trPr>
          <w:cantSplit/>
          <w:jc w:val="center"/>
        </w:trPr>
        <w:tc>
          <w:tcPr>
            <w:tcW w:w="1701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4F063" w14:textId="77777777" w:rsidR="007E27CF" w:rsidRPr="00172D36" w:rsidRDefault="0071687D">
            <w:pPr>
              <w:keepNext/>
              <w:jc w:val="center"/>
              <w:rPr>
                <w:lang w:val="ru-RU"/>
              </w:rPr>
            </w:pPr>
            <w:r w:rsidRPr="00172D36">
              <w:rPr>
                <w:b/>
                <w:sz w:val="19"/>
              </w:rPr>
              <w:t>09:</w:t>
            </w:r>
            <w:r w:rsidR="007F31B1" w:rsidRPr="00172D36">
              <w:rPr>
                <w:b/>
                <w:sz w:val="19"/>
                <w:lang w:val="ru-RU"/>
              </w:rPr>
              <w:t>15</w:t>
            </w:r>
            <w:r w:rsidRPr="00172D36">
              <w:rPr>
                <w:b/>
                <w:sz w:val="19"/>
              </w:rPr>
              <w:t>–10:2</w:t>
            </w:r>
            <w:r w:rsidR="00F7312C" w:rsidRPr="00172D36">
              <w:rPr>
                <w:b/>
                <w:sz w:val="19"/>
                <w:lang w:val="ru-RU"/>
              </w:rPr>
              <w:t>0</w:t>
            </w:r>
          </w:p>
        </w:tc>
        <w:tc>
          <w:tcPr>
            <w:tcW w:w="9072" w:type="dxa"/>
            <w:gridSpan w:val="3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6DAC8" w14:textId="77777777" w:rsidR="007E27CF" w:rsidRPr="00172D36" w:rsidRDefault="0071687D">
            <w:pPr>
              <w:keepNext/>
            </w:pPr>
            <w:r w:rsidRPr="00172D36">
              <w:rPr>
                <w:b/>
              </w:rPr>
              <w:t>«</w:t>
            </w:r>
            <w:proofErr w:type="spellStart"/>
            <w:r w:rsidRPr="00172D36">
              <w:rPr>
                <w:b/>
              </w:rPr>
              <w:t>Пленарная</w:t>
            </w:r>
            <w:proofErr w:type="spellEnd"/>
            <w:r w:rsidRPr="00172D36">
              <w:rPr>
                <w:b/>
              </w:rPr>
              <w:t xml:space="preserve"> </w:t>
            </w:r>
            <w:proofErr w:type="spellStart"/>
            <w:r w:rsidRPr="00172D36">
              <w:rPr>
                <w:b/>
              </w:rPr>
              <w:t>сессия</w:t>
            </w:r>
            <w:proofErr w:type="spellEnd"/>
            <w:r w:rsidRPr="00172D36">
              <w:rPr>
                <w:b/>
              </w:rPr>
              <w:t xml:space="preserve">». </w:t>
            </w:r>
            <w:proofErr w:type="spellStart"/>
            <w:r w:rsidRPr="00172D36">
              <w:rPr>
                <w:b/>
              </w:rPr>
              <w:t>Открытие</w:t>
            </w:r>
            <w:proofErr w:type="spellEnd"/>
            <w:r w:rsidRPr="00172D36">
              <w:rPr>
                <w:b/>
              </w:rPr>
              <w:t xml:space="preserve"> </w:t>
            </w:r>
            <w:proofErr w:type="spellStart"/>
            <w:r w:rsidRPr="00172D36">
              <w:rPr>
                <w:b/>
              </w:rPr>
              <w:t>конференции</w:t>
            </w:r>
            <w:proofErr w:type="spellEnd"/>
          </w:p>
        </w:tc>
      </w:tr>
      <w:tr w:rsidR="007E27CF" w:rsidRPr="003B47E8" w14:paraId="3E0F063F" w14:textId="77777777" w:rsidTr="000E0DD2">
        <w:trPr>
          <w:cantSplit/>
          <w:trHeight w:val="3810"/>
          <w:jc w:val="center"/>
        </w:trPr>
        <w:tc>
          <w:tcPr>
            <w:tcW w:w="1701" w:type="dxa"/>
            <w:tcBorders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240F4" w14:textId="77777777" w:rsidR="007E27CF" w:rsidRPr="000670B0" w:rsidRDefault="007E27CF">
            <w:pPr>
              <w:rPr>
                <w:lang w:val="ru-RU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2CC92" w14:textId="77777777" w:rsidR="004E4D87" w:rsidRPr="00172D36" w:rsidRDefault="0071687D">
            <w:pPr>
              <w:rPr>
                <w:sz w:val="18"/>
                <w:lang w:val="ru-RU"/>
              </w:rPr>
            </w:pPr>
            <w:r w:rsidRPr="00172D36">
              <w:rPr>
                <w:b/>
                <w:sz w:val="18"/>
                <w:lang w:val="ru-RU"/>
              </w:rPr>
              <w:t>Модераторы:</w:t>
            </w:r>
            <w:r w:rsidRPr="00172D36">
              <w:rPr>
                <w:sz w:val="18"/>
                <w:lang w:val="ru-RU"/>
              </w:rPr>
              <w:br/>
              <w:t xml:space="preserve">Капишников Александр Викторович, д.м.н., профессор, заведующий кафедрой лучевой диагностики и лучевой терапии с курсом медицинской информатики </w:t>
            </w:r>
            <w:proofErr w:type="spellStart"/>
            <w:r w:rsidRPr="00172D36">
              <w:rPr>
                <w:sz w:val="18"/>
                <w:lang w:val="ru-RU"/>
              </w:rPr>
              <w:t>СамГМУ</w:t>
            </w:r>
            <w:proofErr w:type="spellEnd"/>
            <w:r w:rsidRPr="00172D36">
              <w:rPr>
                <w:sz w:val="18"/>
                <w:lang w:val="ru-RU"/>
              </w:rPr>
              <w:t xml:space="preserve"> Минздрава России, Самара</w:t>
            </w:r>
          </w:p>
          <w:p w14:paraId="3C8EE7AA" w14:textId="77777777" w:rsidR="004E4D87" w:rsidRPr="00172D36" w:rsidRDefault="004E4D87">
            <w:pPr>
              <w:rPr>
                <w:sz w:val="18"/>
                <w:lang w:val="ru-RU"/>
              </w:rPr>
            </w:pPr>
          </w:p>
          <w:p w14:paraId="515A2A84" w14:textId="77777777" w:rsidR="006D10BD" w:rsidRPr="00172D36" w:rsidRDefault="004E4D87">
            <w:pPr>
              <w:rPr>
                <w:sz w:val="18"/>
                <w:lang w:val="ru-RU"/>
              </w:rPr>
            </w:pPr>
            <w:r w:rsidRPr="00172D36">
              <w:rPr>
                <w:sz w:val="18"/>
                <w:lang w:val="ru-RU"/>
              </w:rPr>
              <w:t>Ледихова Наталья Владимировна, генеральный директор ООО «ТЕЛЕРАДЦ», исполнительный директор РОРР, Москва</w:t>
            </w:r>
            <w:r w:rsidRPr="00172D36">
              <w:rPr>
                <w:sz w:val="18"/>
                <w:lang w:val="ru-RU"/>
              </w:rPr>
              <w:br/>
            </w:r>
            <w:r w:rsidRPr="00172D36">
              <w:rPr>
                <w:sz w:val="18"/>
                <w:lang w:val="ru-RU"/>
              </w:rPr>
              <w:br/>
              <w:t>Синицын Валентин Евгеньевич, д.м.н., профессор, заведующий кафедрой лучевой диагностики и терапии факультета фундаментальной медицины МГУ им. М.В. Ломоносова, заведующий отделом лучевой диагностики МНОЦ МГУ, Президент РОРР, Москва</w:t>
            </w:r>
            <w:r w:rsidRPr="00172D36">
              <w:rPr>
                <w:sz w:val="18"/>
                <w:lang w:val="ru-RU"/>
              </w:rPr>
              <w:br/>
            </w:r>
            <w:r w:rsidRPr="00172D36">
              <w:rPr>
                <w:sz w:val="18"/>
                <w:lang w:val="ru-RU"/>
              </w:rPr>
              <w:br/>
              <w:t>Тюрин Игорь Евгеньевич, д.м.н., профессор, главный внештатный специалист по лучевой и инструментальной диагностике Минздрава России, заведующий кафедрой рентгенологии и радиологии РМАНПО Минздрава России, Москва</w:t>
            </w:r>
            <w:r w:rsidRPr="00172D36">
              <w:rPr>
                <w:sz w:val="18"/>
                <w:lang w:val="ru-RU"/>
              </w:rPr>
              <w:br/>
            </w:r>
          </w:p>
          <w:p w14:paraId="0B1DE7EB" w14:textId="77777777" w:rsidR="006D10BD" w:rsidRPr="00172D36" w:rsidRDefault="006D10BD">
            <w:pPr>
              <w:rPr>
                <w:sz w:val="18"/>
                <w:lang w:val="ru-RU"/>
              </w:rPr>
            </w:pPr>
            <w:r w:rsidRPr="00172D36">
              <w:rPr>
                <w:sz w:val="18"/>
                <w:lang w:val="ru-RU"/>
              </w:rPr>
              <w:t xml:space="preserve">Юдин Алексей Евгеньевич, заведующий рентгенологическим отделением ГБУЗ «Самарская областная клиническая больница им. В.Д. </w:t>
            </w:r>
            <w:proofErr w:type="spellStart"/>
            <w:r w:rsidRPr="00172D36">
              <w:rPr>
                <w:sz w:val="18"/>
                <w:lang w:val="ru-RU"/>
              </w:rPr>
              <w:t>Середавина</w:t>
            </w:r>
            <w:proofErr w:type="spellEnd"/>
            <w:r w:rsidRPr="00172D36">
              <w:rPr>
                <w:sz w:val="18"/>
                <w:lang w:val="ru-RU"/>
              </w:rPr>
              <w:t>», главный внештатный специалист по лучевой и инструментальной диагностике в ПФО, Самара</w:t>
            </w:r>
          </w:p>
          <w:p w14:paraId="1556CD4F" w14:textId="77777777" w:rsidR="006D10BD" w:rsidRPr="00172D36" w:rsidRDefault="006D10BD">
            <w:pPr>
              <w:rPr>
                <w:lang w:val="ru-RU"/>
              </w:rPr>
            </w:pPr>
          </w:p>
        </w:tc>
      </w:tr>
      <w:tr w:rsidR="006D10BD" w:rsidRPr="003B47E8" w14:paraId="0DD039BA" w14:textId="77777777" w:rsidTr="000E0DD2">
        <w:trPr>
          <w:trHeight w:val="360"/>
          <w:jc w:val="center"/>
        </w:trPr>
        <w:tc>
          <w:tcPr>
            <w:tcW w:w="10773" w:type="dxa"/>
            <w:gridSpan w:val="4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F81B7" w14:textId="77777777" w:rsidR="006D10BD" w:rsidRPr="00172D36" w:rsidRDefault="006D10BD" w:rsidP="001C23A9">
            <w:pPr>
              <w:jc w:val="center"/>
              <w:rPr>
                <w:b/>
                <w:sz w:val="22"/>
                <w:lang w:val="ru-RU"/>
              </w:rPr>
            </w:pPr>
            <w:r w:rsidRPr="00172D36">
              <w:rPr>
                <w:b/>
                <w:sz w:val="22"/>
                <w:lang w:val="ru-RU"/>
              </w:rPr>
              <w:t xml:space="preserve">Фильм памяти Владимира </w:t>
            </w:r>
            <w:proofErr w:type="spellStart"/>
            <w:r w:rsidRPr="00172D36">
              <w:rPr>
                <w:b/>
                <w:sz w:val="22"/>
                <w:lang w:val="ru-RU"/>
              </w:rPr>
              <w:t>Диамидовича</w:t>
            </w:r>
            <w:proofErr w:type="spellEnd"/>
            <w:r w:rsidRPr="00172D36">
              <w:rPr>
                <w:b/>
                <w:sz w:val="22"/>
                <w:lang w:val="ru-RU"/>
              </w:rPr>
              <w:t xml:space="preserve"> </w:t>
            </w:r>
            <w:proofErr w:type="spellStart"/>
            <w:r w:rsidRPr="00172D36">
              <w:rPr>
                <w:b/>
                <w:sz w:val="22"/>
                <w:lang w:val="ru-RU"/>
              </w:rPr>
              <w:t>С</w:t>
            </w:r>
            <w:r w:rsidR="001C23A9" w:rsidRPr="00172D36">
              <w:rPr>
                <w:b/>
                <w:sz w:val="22"/>
                <w:lang w:val="ru-RU"/>
              </w:rPr>
              <w:t>е</w:t>
            </w:r>
            <w:r w:rsidRPr="00172D36">
              <w:rPr>
                <w:b/>
                <w:sz w:val="22"/>
                <w:lang w:val="ru-RU"/>
              </w:rPr>
              <w:t>редавина</w:t>
            </w:r>
            <w:proofErr w:type="spellEnd"/>
          </w:p>
        </w:tc>
      </w:tr>
      <w:tr w:rsidR="007E27CF" w:rsidRPr="00172D36" w14:paraId="2692ADFA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34BCC" w14:textId="77777777" w:rsidR="007E27CF" w:rsidRPr="00172D36" w:rsidRDefault="0071687D">
            <w:pPr>
              <w:jc w:val="center"/>
              <w:rPr>
                <w:lang w:val="ru-RU"/>
              </w:rPr>
            </w:pPr>
            <w:r w:rsidRPr="00172D36">
              <w:rPr>
                <w:b/>
                <w:sz w:val="18"/>
              </w:rPr>
              <w:t>09:30–09:</w:t>
            </w:r>
            <w:r w:rsidR="00EB16A7" w:rsidRPr="00172D36">
              <w:rPr>
                <w:b/>
                <w:sz w:val="18"/>
                <w:lang w:val="ru-RU"/>
              </w:rPr>
              <w:t>35</w:t>
            </w:r>
          </w:p>
        </w:tc>
        <w:tc>
          <w:tcPr>
            <w:tcW w:w="55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F7F91" w14:textId="77777777" w:rsidR="007E27CF" w:rsidRPr="00172D36" w:rsidRDefault="0071687D">
            <w:pPr>
              <w:rPr>
                <w:sz w:val="22"/>
                <w:lang w:val="ru-RU"/>
              </w:rPr>
            </w:pPr>
            <w:r w:rsidRPr="00172D36">
              <w:rPr>
                <w:sz w:val="22"/>
                <w:lang w:val="ru-RU"/>
              </w:rPr>
              <w:t>Приветствие организаторов и участников конференции</w:t>
            </w:r>
          </w:p>
        </w:tc>
        <w:tc>
          <w:tcPr>
            <w:tcW w:w="350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DA8D5" w14:textId="77777777" w:rsidR="007E27CF" w:rsidRPr="00172D36" w:rsidRDefault="0071687D">
            <w:pPr>
              <w:rPr>
                <w:lang w:val="ru-RU"/>
              </w:rPr>
            </w:pPr>
            <w:r w:rsidRPr="00172D36">
              <w:rPr>
                <w:sz w:val="17"/>
                <w:lang w:val="ru-RU"/>
              </w:rPr>
              <w:t>Капишников Александр Викторович</w:t>
            </w:r>
          </w:p>
        </w:tc>
      </w:tr>
      <w:tr w:rsidR="007E27CF" w:rsidRPr="003B47E8" w14:paraId="65C0908B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904F1" w14:textId="77777777" w:rsidR="007E27CF" w:rsidRPr="00172D36" w:rsidRDefault="0071687D">
            <w:pPr>
              <w:jc w:val="center"/>
              <w:rPr>
                <w:lang w:val="ru-RU"/>
              </w:rPr>
            </w:pPr>
            <w:r w:rsidRPr="00172D36">
              <w:rPr>
                <w:b/>
                <w:sz w:val="18"/>
              </w:rPr>
              <w:t>09:</w:t>
            </w:r>
            <w:r w:rsidR="00EB16A7" w:rsidRPr="00172D36">
              <w:rPr>
                <w:b/>
                <w:sz w:val="18"/>
                <w:lang w:val="ru-RU"/>
              </w:rPr>
              <w:t>35</w:t>
            </w:r>
            <w:r w:rsidRPr="00172D36">
              <w:rPr>
                <w:b/>
                <w:sz w:val="18"/>
              </w:rPr>
              <w:t>–09:</w:t>
            </w:r>
            <w:r w:rsidR="00EB16A7" w:rsidRPr="00172D36">
              <w:rPr>
                <w:b/>
                <w:sz w:val="18"/>
                <w:lang w:val="ru-RU"/>
              </w:rPr>
              <w:t>47</w:t>
            </w:r>
          </w:p>
        </w:tc>
        <w:tc>
          <w:tcPr>
            <w:tcW w:w="55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F8970" w14:textId="77777777" w:rsidR="007E27CF" w:rsidRPr="00172D36" w:rsidRDefault="0071687D">
            <w:pPr>
              <w:rPr>
                <w:lang w:val="ru-RU"/>
              </w:rPr>
            </w:pPr>
            <w:r w:rsidRPr="00172D36">
              <w:rPr>
                <w:sz w:val="19"/>
                <w:lang w:val="ru-RU"/>
              </w:rPr>
              <w:t>Деятельность Российского общества рентгенологов и радиологов</w:t>
            </w:r>
          </w:p>
        </w:tc>
        <w:tc>
          <w:tcPr>
            <w:tcW w:w="350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85924" w14:textId="77777777" w:rsidR="007E27CF" w:rsidRPr="00172D36" w:rsidRDefault="0071687D">
            <w:pPr>
              <w:rPr>
                <w:lang w:val="ru-RU"/>
              </w:rPr>
            </w:pPr>
            <w:r w:rsidRPr="00172D36">
              <w:rPr>
                <w:sz w:val="17"/>
                <w:lang w:val="ru-RU"/>
              </w:rPr>
              <w:t>Синицын Валентин Евгеньевич, д.м.н., профессор, заведующий кафедрой лучевой диагностики и терапии факультета фундаментальной медицины МГУ им. М.В. Ломоносова, заведующий отделом лучевой диагностики МНОЦ МГУ, Президент РОРР, Москва</w:t>
            </w:r>
          </w:p>
        </w:tc>
      </w:tr>
      <w:tr w:rsidR="00EB16A7" w:rsidRPr="003B47E8" w14:paraId="7EAAC305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615DD" w14:textId="77777777" w:rsidR="00EB16A7" w:rsidRPr="00172D36" w:rsidRDefault="00EB16A7">
            <w:pPr>
              <w:jc w:val="center"/>
              <w:rPr>
                <w:b/>
                <w:sz w:val="18"/>
                <w:lang w:val="ru-RU"/>
              </w:rPr>
            </w:pPr>
            <w:r w:rsidRPr="00172D36">
              <w:rPr>
                <w:b/>
                <w:sz w:val="18"/>
              </w:rPr>
              <w:t>09:4</w:t>
            </w:r>
            <w:r w:rsidRPr="00172D36">
              <w:rPr>
                <w:b/>
                <w:sz w:val="18"/>
                <w:lang w:val="ru-RU"/>
              </w:rPr>
              <w:t>7</w:t>
            </w:r>
            <w:r w:rsidRPr="00172D36">
              <w:rPr>
                <w:b/>
                <w:sz w:val="18"/>
              </w:rPr>
              <w:t>–</w:t>
            </w:r>
            <w:r w:rsidRPr="00172D36">
              <w:rPr>
                <w:b/>
                <w:sz w:val="18"/>
                <w:lang w:val="ru-RU"/>
              </w:rPr>
              <w:t>10</w:t>
            </w:r>
            <w:r w:rsidRPr="00172D36">
              <w:rPr>
                <w:b/>
                <w:sz w:val="18"/>
              </w:rPr>
              <w:t>:</w:t>
            </w:r>
            <w:r w:rsidRPr="00172D36">
              <w:rPr>
                <w:b/>
                <w:sz w:val="18"/>
                <w:lang w:val="ru-RU"/>
              </w:rPr>
              <w:t>00</w:t>
            </w:r>
          </w:p>
        </w:tc>
        <w:tc>
          <w:tcPr>
            <w:tcW w:w="55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1924D" w14:textId="222A8A9B" w:rsidR="00EB16A7" w:rsidRPr="00172D36" w:rsidRDefault="00EB16A7">
            <w:pPr>
              <w:rPr>
                <w:sz w:val="19"/>
                <w:lang w:val="ru-RU"/>
              </w:rPr>
            </w:pPr>
            <w:r w:rsidRPr="00172D36">
              <w:rPr>
                <w:sz w:val="19"/>
                <w:lang w:val="ru-RU"/>
              </w:rPr>
              <w:t>Лучевая диагностика в РФ, текущие состояние и дальнейшее развитие</w:t>
            </w:r>
          </w:p>
        </w:tc>
        <w:tc>
          <w:tcPr>
            <w:tcW w:w="350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69E11" w14:textId="77777777" w:rsidR="00EB16A7" w:rsidRPr="00172D36" w:rsidRDefault="00EB16A7">
            <w:pPr>
              <w:rPr>
                <w:sz w:val="17"/>
                <w:lang w:val="ru-RU"/>
              </w:rPr>
            </w:pPr>
            <w:r w:rsidRPr="00172D36">
              <w:rPr>
                <w:sz w:val="18"/>
                <w:lang w:val="ru-RU"/>
              </w:rPr>
              <w:t>Тюрин Игорь Евгеньевич, д.м.н., профессор, главный внештатный специалист по лучевой и инструментальной диагностике Минздрава России, заведующий кафедрой рентгенологии и радиологии РМАНПО Минздрава России, Москва</w:t>
            </w:r>
          </w:p>
        </w:tc>
      </w:tr>
      <w:tr w:rsidR="007E27CF" w:rsidRPr="003B47E8" w14:paraId="65853969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896A4" w14:textId="77777777" w:rsidR="007E27CF" w:rsidRPr="00172D36" w:rsidRDefault="00EB16A7">
            <w:pPr>
              <w:jc w:val="center"/>
            </w:pPr>
            <w:r w:rsidRPr="00172D36">
              <w:rPr>
                <w:b/>
                <w:sz w:val="18"/>
                <w:lang w:val="ru-RU"/>
              </w:rPr>
              <w:t>10:00</w:t>
            </w:r>
            <w:r w:rsidRPr="00172D36">
              <w:rPr>
                <w:b/>
                <w:sz w:val="18"/>
              </w:rPr>
              <w:t>–10:10</w:t>
            </w:r>
          </w:p>
        </w:tc>
        <w:tc>
          <w:tcPr>
            <w:tcW w:w="55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80D48" w14:textId="77777777" w:rsidR="007E27CF" w:rsidRPr="00172D36" w:rsidRDefault="0071687D">
            <w:pPr>
              <w:rPr>
                <w:lang w:val="ru-RU"/>
              </w:rPr>
            </w:pPr>
            <w:r w:rsidRPr="00172D36">
              <w:rPr>
                <w:sz w:val="19"/>
                <w:lang w:val="ru-RU"/>
              </w:rPr>
              <w:t xml:space="preserve"> </w:t>
            </w:r>
            <w:r w:rsidR="006D10BD" w:rsidRPr="00172D36">
              <w:rPr>
                <w:sz w:val="19"/>
                <w:lang w:val="ru-RU"/>
              </w:rPr>
              <w:t>Лучевая диагностика в</w:t>
            </w:r>
            <w:r w:rsidRPr="00172D36">
              <w:rPr>
                <w:sz w:val="19"/>
                <w:lang w:val="ru-RU"/>
              </w:rPr>
              <w:t xml:space="preserve"> Приволжском федеральном округе: текущие задачи и точки роста</w:t>
            </w:r>
          </w:p>
        </w:tc>
        <w:tc>
          <w:tcPr>
            <w:tcW w:w="350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27F2B" w14:textId="77777777" w:rsidR="007E27CF" w:rsidRPr="00172D36" w:rsidRDefault="0071687D">
            <w:pPr>
              <w:rPr>
                <w:lang w:val="ru-RU"/>
              </w:rPr>
            </w:pPr>
            <w:r w:rsidRPr="00172D36">
              <w:rPr>
                <w:sz w:val="17"/>
                <w:lang w:val="ru-RU"/>
              </w:rPr>
              <w:t xml:space="preserve">Юдин Алексей Евгеньевич, заведующий рентгенологическим отделением ГБУЗ «Самарская областная клиническая больница им. В.Д. </w:t>
            </w:r>
            <w:proofErr w:type="spellStart"/>
            <w:r w:rsidRPr="00172D36">
              <w:rPr>
                <w:sz w:val="17"/>
                <w:lang w:val="ru-RU"/>
              </w:rPr>
              <w:t>Середавина</w:t>
            </w:r>
            <w:proofErr w:type="spellEnd"/>
            <w:r w:rsidRPr="00172D36">
              <w:rPr>
                <w:sz w:val="17"/>
                <w:lang w:val="ru-RU"/>
              </w:rPr>
              <w:t>», главный внештатный специалист по лучевой и инструментальной диагностике в ПФО, Самара</w:t>
            </w:r>
          </w:p>
        </w:tc>
      </w:tr>
      <w:tr w:rsidR="007E27CF" w:rsidRPr="003B47E8" w14:paraId="76A155C8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8521A" w14:textId="77777777" w:rsidR="007E27CF" w:rsidRPr="00172D36" w:rsidRDefault="0071687D">
            <w:pPr>
              <w:jc w:val="center"/>
              <w:rPr>
                <w:lang w:val="ru-RU"/>
              </w:rPr>
            </w:pPr>
            <w:r w:rsidRPr="00172D36">
              <w:rPr>
                <w:b/>
                <w:sz w:val="18"/>
              </w:rPr>
              <w:lastRenderedPageBreak/>
              <w:t>10:10–10:2</w:t>
            </w:r>
            <w:r w:rsidR="00EB16A7" w:rsidRPr="00172D36">
              <w:rPr>
                <w:b/>
                <w:sz w:val="18"/>
                <w:lang w:val="ru-RU"/>
              </w:rPr>
              <w:t>0</w:t>
            </w:r>
          </w:p>
        </w:tc>
        <w:tc>
          <w:tcPr>
            <w:tcW w:w="55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28AEF" w14:textId="77777777" w:rsidR="007E27CF" w:rsidRPr="00172D36" w:rsidRDefault="0071687D">
            <w:pPr>
              <w:rPr>
                <w:lang w:val="ru-RU"/>
              </w:rPr>
            </w:pPr>
            <w:r w:rsidRPr="00172D36">
              <w:rPr>
                <w:sz w:val="19"/>
                <w:lang w:val="ru-RU"/>
              </w:rPr>
              <w:t>Основные проблемы отделений лучевой диагностики и системные пути их решения</w:t>
            </w:r>
          </w:p>
        </w:tc>
        <w:tc>
          <w:tcPr>
            <w:tcW w:w="350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8C45A" w14:textId="77777777" w:rsidR="007E27CF" w:rsidRPr="00172D36" w:rsidRDefault="0071687D">
            <w:pPr>
              <w:rPr>
                <w:lang w:val="ru-RU"/>
              </w:rPr>
            </w:pPr>
            <w:r w:rsidRPr="00172D36">
              <w:rPr>
                <w:sz w:val="17"/>
                <w:lang w:val="ru-RU"/>
              </w:rPr>
              <w:t>Ледихова Наталья Владимировна, генеральный директор ООО «ТЕЛЕРАДЦ», исполнительный директор РОРР, Москва</w:t>
            </w:r>
          </w:p>
        </w:tc>
      </w:tr>
      <w:tr w:rsidR="007E27CF" w:rsidRPr="00172D36" w14:paraId="64A42945" w14:textId="77777777" w:rsidTr="000E0DD2">
        <w:trPr>
          <w:cantSplit/>
          <w:jc w:val="center"/>
        </w:trPr>
        <w:tc>
          <w:tcPr>
            <w:tcW w:w="1701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4D67D" w14:textId="77777777" w:rsidR="007E27CF" w:rsidRPr="00172D36" w:rsidRDefault="0071687D">
            <w:pPr>
              <w:keepNext/>
              <w:jc w:val="center"/>
              <w:rPr>
                <w:lang w:val="ru-RU"/>
              </w:rPr>
            </w:pPr>
            <w:r w:rsidRPr="00172D36">
              <w:rPr>
                <w:b/>
                <w:sz w:val="19"/>
              </w:rPr>
              <w:t>10:2</w:t>
            </w:r>
            <w:r w:rsidR="00EB16A7" w:rsidRPr="00172D36">
              <w:rPr>
                <w:b/>
                <w:sz w:val="19"/>
                <w:lang w:val="ru-RU"/>
              </w:rPr>
              <w:t>0</w:t>
            </w:r>
            <w:r w:rsidRPr="00172D36">
              <w:rPr>
                <w:b/>
                <w:sz w:val="19"/>
              </w:rPr>
              <w:t>–</w:t>
            </w:r>
            <w:r w:rsidR="008A2606" w:rsidRPr="00172D36">
              <w:rPr>
                <w:b/>
                <w:sz w:val="19"/>
                <w:lang w:val="ru-RU"/>
              </w:rPr>
              <w:t>12:00</w:t>
            </w:r>
          </w:p>
        </w:tc>
        <w:tc>
          <w:tcPr>
            <w:tcW w:w="9072" w:type="dxa"/>
            <w:gridSpan w:val="3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54491" w14:textId="77777777" w:rsidR="007E27CF" w:rsidRPr="00172D36" w:rsidRDefault="0071687D">
            <w:pPr>
              <w:keepNext/>
            </w:pPr>
            <w:proofErr w:type="spellStart"/>
            <w:r w:rsidRPr="00172D36">
              <w:rPr>
                <w:b/>
              </w:rPr>
              <w:t>Секция</w:t>
            </w:r>
            <w:proofErr w:type="spellEnd"/>
            <w:r w:rsidRPr="00172D36">
              <w:rPr>
                <w:b/>
              </w:rPr>
              <w:t xml:space="preserve"> «</w:t>
            </w:r>
            <w:proofErr w:type="spellStart"/>
            <w:r w:rsidRPr="00172D36">
              <w:rPr>
                <w:b/>
              </w:rPr>
              <w:t>Голова</w:t>
            </w:r>
            <w:proofErr w:type="spellEnd"/>
            <w:r w:rsidRPr="00172D36">
              <w:rPr>
                <w:b/>
              </w:rPr>
              <w:t xml:space="preserve"> и </w:t>
            </w:r>
            <w:proofErr w:type="spellStart"/>
            <w:r w:rsidRPr="00172D36">
              <w:rPr>
                <w:b/>
              </w:rPr>
              <w:t>нейровизуализация</w:t>
            </w:r>
            <w:proofErr w:type="spellEnd"/>
            <w:r w:rsidRPr="00172D36">
              <w:rPr>
                <w:b/>
              </w:rPr>
              <w:t>»</w:t>
            </w:r>
          </w:p>
        </w:tc>
      </w:tr>
      <w:tr w:rsidR="007E27CF" w:rsidRPr="003B47E8" w14:paraId="59080B08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22F4C" w14:textId="77777777" w:rsidR="007E27CF" w:rsidRPr="000670B0" w:rsidRDefault="007E27CF">
            <w:pPr>
              <w:rPr>
                <w:lang w:val="ru-RU"/>
              </w:rPr>
            </w:pPr>
          </w:p>
        </w:tc>
        <w:tc>
          <w:tcPr>
            <w:tcW w:w="9072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D6DBF" w14:textId="77777777" w:rsidR="007E27CF" w:rsidRPr="00172D36" w:rsidRDefault="0071687D">
            <w:pPr>
              <w:rPr>
                <w:lang w:val="ru-RU"/>
              </w:rPr>
            </w:pPr>
            <w:r w:rsidRPr="00172D36">
              <w:rPr>
                <w:b/>
                <w:sz w:val="18"/>
                <w:lang w:val="ru-RU"/>
              </w:rPr>
              <w:t>Модераторы:</w:t>
            </w:r>
            <w:r w:rsidRPr="00172D36">
              <w:rPr>
                <w:b/>
                <w:sz w:val="18"/>
                <w:lang w:val="ru-RU"/>
              </w:rPr>
              <w:br/>
            </w:r>
            <w:r w:rsidRPr="00172D36">
              <w:rPr>
                <w:sz w:val="18"/>
                <w:lang w:val="ru-RU"/>
              </w:rPr>
              <w:t>Коновалов Родион Николаевич, к.м.н., старший научный сотрудник отделения лучевой диагностики Научного центра неврологии, Москва</w:t>
            </w:r>
            <w:r w:rsidRPr="00172D36">
              <w:rPr>
                <w:sz w:val="18"/>
                <w:lang w:val="ru-RU"/>
              </w:rPr>
              <w:br/>
            </w:r>
            <w:r w:rsidRPr="00172D36">
              <w:rPr>
                <w:sz w:val="18"/>
                <w:lang w:val="ru-RU"/>
              </w:rPr>
              <w:br/>
              <w:t>Сухова Марина Борисовна, д.м.н., профессор, и.о. заведующего кафедрой лучевой диагностики ПИМУ Минздрава России, Нижний Новгород</w:t>
            </w:r>
          </w:p>
        </w:tc>
      </w:tr>
      <w:tr w:rsidR="007E27CF" w:rsidRPr="003B47E8" w14:paraId="62C2D344" w14:textId="77777777" w:rsidTr="000E0DD2">
        <w:trPr>
          <w:cantSplit/>
          <w:jc w:val="center"/>
        </w:trPr>
        <w:tc>
          <w:tcPr>
            <w:tcW w:w="1701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C1929" w14:textId="77777777" w:rsidR="007E27CF" w:rsidRPr="00172D36" w:rsidRDefault="0071687D">
            <w:pPr>
              <w:jc w:val="center"/>
            </w:pPr>
            <w:r w:rsidRPr="00172D36">
              <w:rPr>
                <w:b/>
                <w:sz w:val="19"/>
              </w:rPr>
              <w:t>10:2</w:t>
            </w:r>
            <w:r w:rsidR="00EB16A7" w:rsidRPr="00172D36">
              <w:rPr>
                <w:b/>
                <w:sz w:val="19"/>
                <w:lang w:val="ru-RU"/>
              </w:rPr>
              <w:t>0</w:t>
            </w:r>
            <w:r w:rsidRPr="00172D36">
              <w:rPr>
                <w:b/>
                <w:sz w:val="19"/>
              </w:rPr>
              <w:t>–11:10</w:t>
            </w:r>
          </w:p>
        </w:tc>
        <w:tc>
          <w:tcPr>
            <w:tcW w:w="9072" w:type="dxa"/>
            <w:gridSpan w:val="3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DF8EA" w14:textId="79BB514A" w:rsidR="007E27CF" w:rsidRPr="00172D36" w:rsidRDefault="0071687D">
            <w:pPr>
              <w:rPr>
                <w:lang w:val="ru-RU"/>
              </w:rPr>
            </w:pPr>
            <w:r w:rsidRPr="00172D36">
              <w:rPr>
                <w:b/>
                <w:lang w:val="ru-RU"/>
              </w:rPr>
              <w:t>Сателлитны</w:t>
            </w:r>
            <w:r w:rsidR="00FC720D" w:rsidRPr="00172D36">
              <w:rPr>
                <w:b/>
                <w:lang w:val="ru-RU"/>
              </w:rPr>
              <w:t>е доклады при поддержке</w:t>
            </w:r>
            <w:r w:rsidRPr="00172D36">
              <w:rPr>
                <w:b/>
                <w:lang w:val="ru-RU"/>
              </w:rPr>
              <w:t xml:space="preserve"> </w:t>
            </w:r>
            <w:r w:rsidR="00FC720D" w:rsidRPr="00172D36">
              <w:rPr>
                <w:b/>
                <w:lang w:val="ru-RU"/>
              </w:rPr>
              <w:t xml:space="preserve">компании </w:t>
            </w:r>
            <w:r w:rsidR="008A2606" w:rsidRPr="00172D36">
              <w:rPr>
                <w:b/>
                <w:lang w:val="ru-RU"/>
              </w:rPr>
              <w:t xml:space="preserve">Сименс </w:t>
            </w:r>
            <w:r w:rsidRPr="00172D36">
              <w:rPr>
                <w:b/>
                <w:lang w:val="ru-RU"/>
              </w:rPr>
              <w:t>«Современная МРТ: инновации и нейровизуализация»</w:t>
            </w:r>
            <w:r w:rsidR="00FC720D" w:rsidRPr="00172D36">
              <w:rPr>
                <w:b/>
                <w:lang w:val="ru-RU"/>
              </w:rPr>
              <w:t xml:space="preserve"> не обеспечивается кредитами НМО</w:t>
            </w:r>
          </w:p>
        </w:tc>
      </w:tr>
      <w:tr w:rsidR="007E27CF" w:rsidRPr="003B47E8" w14:paraId="6658B98B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FC2A0" w14:textId="4D7FC55C" w:rsidR="007E27CF" w:rsidRPr="003D2EB0" w:rsidRDefault="0071687D">
            <w:pPr>
              <w:jc w:val="center"/>
            </w:pPr>
            <w:r w:rsidRPr="003D2EB0">
              <w:rPr>
                <w:b/>
                <w:sz w:val="18"/>
              </w:rPr>
              <w:t>10:2</w:t>
            </w:r>
            <w:r w:rsidR="00426FDD" w:rsidRPr="003D2EB0">
              <w:rPr>
                <w:b/>
                <w:sz w:val="18"/>
                <w:lang w:val="ru-RU"/>
              </w:rPr>
              <w:t>0</w:t>
            </w:r>
            <w:r w:rsidRPr="003D2EB0">
              <w:rPr>
                <w:b/>
                <w:sz w:val="18"/>
              </w:rPr>
              <w:t>–10:40</w:t>
            </w:r>
          </w:p>
        </w:tc>
        <w:tc>
          <w:tcPr>
            <w:tcW w:w="55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AC0BD" w14:textId="73E977EE" w:rsidR="00426FDD" w:rsidRPr="003D2EB0" w:rsidRDefault="0071687D">
            <w:pPr>
              <w:rPr>
                <w:sz w:val="19"/>
                <w:lang w:val="ru-RU"/>
              </w:rPr>
            </w:pPr>
            <w:r w:rsidRPr="003D2EB0">
              <w:rPr>
                <w:sz w:val="19"/>
                <w:lang w:val="ru-RU"/>
              </w:rPr>
              <w:t>Новые технологии ускорения в МРТ</w:t>
            </w:r>
          </w:p>
          <w:p w14:paraId="5EAAE2F7" w14:textId="77777777" w:rsidR="006F40E1" w:rsidRPr="003D2EB0" w:rsidRDefault="006F40E1">
            <w:pPr>
              <w:rPr>
                <w:sz w:val="19"/>
                <w:lang w:val="ru-RU"/>
              </w:rPr>
            </w:pPr>
          </w:p>
          <w:p w14:paraId="2E4A55AF" w14:textId="2A0F2DB8" w:rsidR="007E27CF" w:rsidRPr="003D2EB0" w:rsidRDefault="008A2606">
            <w:pPr>
              <w:rPr>
                <w:lang w:val="ru-RU"/>
              </w:rPr>
            </w:pPr>
            <w:r w:rsidRPr="003D2EB0">
              <w:rPr>
                <w:sz w:val="19"/>
                <w:lang w:val="ru-RU"/>
              </w:rPr>
              <w:t>(при поддержке</w:t>
            </w:r>
            <w:r w:rsidR="00426FDD" w:rsidRPr="003D2EB0">
              <w:rPr>
                <w:sz w:val="19"/>
                <w:lang w:val="ru-RU"/>
              </w:rPr>
              <w:t xml:space="preserve"> компании</w:t>
            </w:r>
            <w:r w:rsidRPr="003D2EB0">
              <w:rPr>
                <w:sz w:val="19"/>
                <w:lang w:val="ru-RU"/>
              </w:rPr>
              <w:t xml:space="preserve"> Сименс</w:t>
            </w:r>
            <w:r w:rsidR="00426FDD" w:rsidRPr="003D2EB0">
              <w:rPr>
                <w:sz w:val="19"/>
                <w:lang w:val="ru-RU"/>
              </w:rPr>
              <w:t>, не обеспечивается кредитами НМО</w:t>
            </w:r>
            <w:r w:rsidRPr="003D2EB0">
              <w:rPr>
                <w:sz w:val="19"/>
                <w:lang w:val="ru-RU"/>
              </w:rPr>
              <w:t>)</w:t>
            </w:r>
          </w:p>
        </w:tc>
        <w:tc>
          <w:tcPr>
            <w:tcW w:w="350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5E114" w14:textId="77777777" w:rsidR="007E27CF" w:rsidRPr="003D2EB0" w:rsidRDefault="0071687D">
            <w:pPr>
              <w:rPr>
                <w:lang w:val="ru-RU"/>
              </w:rPr>
            </w:pPr>
            <w:r w:rsidRPr="003D2EB0">
              <w:rPr>
                <w:sz w:val="17"/>
                <w:lang w:val="ru-RU"/>
              </w:rPr>
              <w:t xml:space="preserve">Аспидов Алексей Владимирович, директор по развитию научно-исследовательской деятельности, </w:t>
            </w:r>
            <w:r w:rsidRPr="003D2EB0">
              <w:rPr>
                <w:sz w:val="17"/>
              </w:rPr>
              <w:t>Siemens</w:t>
            </w:r>
            <w:r w:rsidRPr="003D2EB0">
              <w:rPr>
                <w:sz w:val="17"/>
                <w:lang w:val="ru-RU"/>
              </w:rPr>
              <w:t xml:space="preserve"> </w:t>
            </w:r>
            <w:proofErr w:type="spellStart"/>
            <w:r w:rsidRPr="003D2EB0">
              <w:rPr>
                <w:sz w:val="17"/>
              </w:rPr>
              <w:t>Healthineers</w:t>
            </w:r>
            <w:proofErr w:type="spellEnd"/>
          </w:p>
        </w:tc>
      </w:tr>
      <w:tr w:rsidR="007E27CF" w:rsidRPr="003B47E8" w14:paraId="6B1F6504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2FE4E" w14:textId="77777777" w:rsidR="007E27CF" w:rsidRPr="003D2EB0" w:rsidRDefault="0071687D">
            <w:pPr>
              <w:jc w:val="center"/>
            </w:pPr>
            <w:r w:rsidRPr="003D2EB0">
              <w:rPr>
                <w:b/>
                <w:sz w:val="18"/>
              </w:rPr>
              <w:t>10:40–11:10</w:t>
            </w:r>
          </w:p>
        </w:tc>
        <w:tc>
          <w:tcPr>
            <w:tcW w:w="55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01371" w14:textId="5CD20129" w:rsidR="00426FDD" w:rsidRPr="003D2EB0" w:rsidRDefault="003D36A2">
            <w:pPr>
              <w:rPr>
                <w:sz w:val="19"/>
                <w:lang w:val="ru-RU"/>
              </w:rPr>
            </w:pPr>
            <w:r w:rsidRPr="003D2EB0">
              <w:rPr>
                <w:sz w:val="19"/>
                <w:lang w:val="ru-RU"/>
              </w:rPr>
              <w:t>Случайные находки на МРТ головного мозга</w:t>
            </w:r>
            <w:r w:rsidR="00BD67E7" w:rsidRPr="003D2EB0">
              <w:rPr>
                <w:sz w:val="19"/>
                <w:lang w:val="ru-RU"/>
              </w:rPr>
              <w:t xml:space="preserve"> </w:t>
            </w:r>
          </w:p>
          <w:p w14:paraId="7F835D27" w14:textId="77777777" w:rsidR="006F40E1" w:rsidRPr="003D2EB0" w:rsidRDefault="006F40E1">
            <w:pPr>
              <w:rPr>
                <w:sz w:val="19"/>
                <w:lang w:val="ru-RU"/>
              </w:rPr>
            </w:pPr>
          </w:p>
          <w:p w14:paraId="5D72FD5B" w14:textId="2F785769" w:rsidR="007E27CF" w:rsidRPr="003D2EB0" w:rsidRDefault="00426FDD">
            <w:pPr>
              <w:rPr>
                <w:lang w:val="ru-RU"/>
              </w:rPr>
            </w:pPr>
            <w:r w:rsidRPr="003D2EB0">
              <w:rPr>
                <w:sz w:val="19"/>
                <w:lang w:val="ru-RU"/>
              </w:rPr>
              <w:t>(при поддержке компании Сименс, не обеспечивается кредитами НМО)</w:t>
            </w:r>
          </w:p>
        </w:tc>
        <w:tc>
          <w:tcPr>
            <w:tcW w:w="350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E7230" w14:textId="77777777" w:rsidR="007E27CF" w:rsidRPr="003D2EB0" w:rsidRDefault="0071687D">
            <w:pPr>
              <w:rPr>
                <w:lang w:val="ru-RU"/>
              </w:rPr>
            </w:pPr>
            <w:r w:rsidRPr="003D2EB0">
              <w:rPr>
                <w:sz w:val="17"/>
                <w:lang w:val="ru-RU"/>
              </w:rPr>
              <w:t>Коновалов Родион Николаевич, к.м.н., старший научный сотрудник отделения лучевой диагностики Научного центра неврологии, Москва</w:t>
            </w:r>
          </w:p>
        </w:tc>
      </w:tr>
      <w:tr w:rsidR="00E91EB5" w:rsidRPr="003B47E8" w14:paraId="0182797C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33288" w14:textId="77777777" w:rsidR="00E91EB5" w:rsidRPr="003D2EB0" w:rsidRDefault="00E91EB5" w:rsidP="00E91EB5">
            <w:pPr>
              <w:jc w:val="center"/>
            </w:pPr>
            <w:r w:rsidRPr="003D2EB0">
              <w:rPr>
                <w:b/>
                <w:sz w:val="18"/>
              </w:rPr>
              <w:t>11:10–11:40</w:t>
            </w:r>
          </w:p>
        </w:tc>
        <w:tc>
          <w:tcPr>
            <w:tcW w:w="55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AADA5" w14:textId="77777777" w:rsidR="00E91EB5" w:rsidRPr="003D2EB0" w:rsidRDefault="00E91EB5" w:rsidP="00E91EB5">
            <w:pPr>
              <w:rPr>
                <w:sz w:val="19"/>
                <w:lang w:val="ru-RU"/>
              </w:rPr>
            </w:pPr>
            <w:r w:rsidRPr="003D2EB0">
              <w:rPr>
                <w:sz w:val="19"/>
                <w:lang w:val="ru-RU"/>
              </w:rPr>
              <w:t>КТ-ангиография сосудов головы и шеи: протокол исследования, интерпретация и типичные ошибки</w:t>
            </w:r>
          </w:p>
          <w:p w14:paraId="14664A6D" w14:textId="5213D3E2" w:rsidR="00FD56E5" w:rsidRPr="003D2EB0" w:rsidRDefault="00FD56E5" w:rsidP="00E91EB5">
            <w:pPr>
              <w:rPr>
                <w:lang w:val="ru-RU"/>
              </w:rPr>
            </w:pPr>
          </w:p>
        </w:tc>
        <w:tc>
          <w:tcPr>
            <w:tcW w:w="350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1E1DC" w14:textId="77777777" w:rsidR="00E91EB5" w:rsidRPr="003D2EB0" w:rsidRDefault="00E91EB5" w:rsidP="00E91EB5">
            <w:pPr>
              <w:rPr>
                <w:lang w:val="ru-RU"/>
              </w:rPr>
            </w:pPr>
            <w:r w:rsidRPr="003D2EB0">
              <w:rPr>
                <w:sz w:val="17"/>
                <w:lang w:val="ru-RU"/>
              </w:rPr>
              <w:t xml:space="preserve">Сухова Марина Борисовна, </w:t>
            </w:r>
            <w:proofErr w:type="spellStart"/>
            <w:proofErr w:type="gramStart"/>
            <w:r w:rsidRPr="003D2EB0">
              <w:rPr>
                <w:sz w:val="17"/>
                <w:lang w:val="ru-RU"/>
              </w:rPr>
              <w:t>д.м.н.,доцент</w:t>
            </w:r>
            <w:proofErr w:type="spellEnd"/>
            <w:proofErr w:type="gramEnd"/>
            <w:r w:rsidRPr="003D2EB0">
              <w:rPr>
                <w:sz w:val="17"/>
                <w:lang w:val="ru-RU"/>
              </w:rPr>
              <w:t xml:space="preserve"> зав. РДО ГБУЗНО НИИ-СККБ </w:t>
            </w:r>
            <w:proofErr w:type="spellStart"/>
            <w:r w:rsidRPr="003D2EB0">
              <w:rPr>
                <w:sz w:val="17"/>
                <w:lang w:val="ru-RU"/>
              </w:rPr>
              <w:t>им.акад</w:t>
            </w:r>
            <w:proofErr w:type="spellEnd"/>
            <w:r w:rsidRPr="003D2EB0">
              <w:rPr>
                <w:sz w:val="17"/>
                <w:lang w:val="ru-RU"/>
              </w:rPr>
              <w:t xml:space="preserve">. </w:t>
            </w:r>
            <w:proofErr w:type="spellStart"/>
            <w:r w:rsidRPr="003D2EB0">
              <w:rPr>
                <w:sz w:val="17"/>
                <w:lang w:val="ru-RU"/>
              </w:rPr>
              <w:t>Б.А.Королёва</w:t>
            </w:r>
            <w:proofErr w:type="spellEnd"/>
            <w:r w:rsidRPr="003D2EB0">
              <w:rPr>
                <w:sz w:val="17"/>
                <w:lang w:val="ru-RU"/>
              </w:rPr>
              <w:t xml:space="preserve">, г. Нижний Новгород; </w:t>
            </w:r>
            <w:proofErr w:type="spellStart"/>
            <w:r w:rsidRPr="003D2EB0">
              <w:rPr>
                <w:sz w:val="17"/>
                <w:lang w:val="ru-RU"/>
              </w:rPr>
              <w:t>зав.кафедрой</w:t>
            </w:r>
            <w:proofErr w:type="spellEnd"/>
            <w:r w:rsidRPr="003D2EB0">
              <w:rPr>
                <w:sz w:val="17"/>
                <w:lang w:val="ru-RU"/>
              </w:rPr>
              <w:t xml:space="preserve"> лучевой диагностики ФГБОУ ВО «ПИМУ» Минздрава России</w:t>
            </w:r>
          </w:p>
        </w:tc>
      </w:tr>
      <w:tr w:rsidR="008A2606" w:rsidRPr="003B47E8" w14:paraId="03526F53" w14:textId="77777777" w:rsidTr="000670B0">
        <w:trPr>
          <w:cantSplit/>
          <w:jc w:val="center"/>
        </w:trPr>
        <w:tc>
          <w:tcPr>
            <w:tcW w:w="1701" w:type="dxa"/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B453E" w14:textId="77777777" w:rsidR="008A2606" w:rsidRPr="003D2EB0" w:rsidRDefault="008A2606" w:rsidP="008A2606">
            <w:pPr>
              <w:jc w:val="center"/>
              <w:rPr>
                <w:b/>
                <w:sz w:val="19"/>
              </w:rPr>
            </w:pPr>
            <w:r w:rsidRPr="003D2EB0">
              <w:rPr>
                <w:b/>
                <w:sz w:val="19"/>
              </w:rPr>
              <w:t>11:40–12:00</w:t>
            </w:r>
          </w:p>
        </w:tc>
        <w:tc>
          <w:tcPr>
            <w:tcW w:w="9072" w:type="dxa"/>
            <w:gridSpan w:val="3"/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C2208" w14:textId="631F3458" w:rsidR="008A2606" w:rsidRPr="003D2EB0" w:rsidRDefault="008A2606" w:rsidP="008A2606">
            <w:pPr>
              <w:rPr>
                <w:b/>
                <w:sz w:val="19"/>
                <w:lang w:val="ru-RU"/>
              </w:rPr>
            </w:pPr>
            <w:r w:rsidRPr="003D2EB0">
              <w:rPr>
                <w:b/>
                <w:sz w:val="19"/>
                <w:lang w:val="ru-RU"/>
              </w:rPr>
              <w:t xml:space="preserve">Сателлитный доклад </w:t>
            </w:r>
            <w:r w:rsidR="00FC720D" w:rsidRPr="003D2EB0">
              <w:rPr>
                <w:b/>
                <w:sz w:val="19"/>
                <w:lang w:val="ru-RU"/>
              </w:rPr>
              <w:t xml:space="preserve">при поддержке компании </w:t>
            </w:r>
            <w:r w:rsidRPr="003D2EB0">
              <w:rPr>
                <w:b/>
                <w:sz w:val="19"/>
                <w:lang w:val="ru-RU"/>
              </w:rPr>
              <w:t>АО Байер «Контрастирование при лучевых исследованиях»</w:t>
            </w:r>
            <w:r w:rsidR="00CA7640" w:rsidRPr="003D2EB0">
              <w:rPr>
                <w:b/>
                <w:sz w:val="19"/>
                <w:lang w:val="ru-RU"/>
              </w:rPr>
              <w:t xml:space="preserve">, </w:t>
            </w:r>
            <w:r w:rsidR="00CD03C7" w:rsidRPr="003D2EB0">
              <w:rPr>
                <w:b/>
                <w:lang w:val="ru-RU"/>
              </w:rPr>
              <w:t>не обеспечивается кредитами НМО</w:t>
            </w:r>
          </w:p>
        </w:tc>
      </w:tr>
      <w:tr w:rsidR="008A2606" w:rsidRPr="003B47E8" w14:paraId="78E0FEB9" w14:textId="77777777" w:rsidTr="004363D0">
        <w:trPr>
          <w:cantSplit/>
          <w:trHeight w:val="841"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57249" w14:textId="77777777" w:rsidR="008A2606" w:rsidRPr="003D2EB0" w:rsidRDefault="008A2606" w:rsidP="008A2606">
            <w:pPr>
              <w:jc w:val="center"/>
              <w:rPr>
                <w:rStyle w:val="aff8"/>
                <w:lang w:val="ru-RU"/>
              </w:rPr>
            </w:pPr>
            <w:r w:rsidRPr="003D2EB0">
              <w:rPr>
                <w:b/>
                <w:sz w:val="18"/>
              </w:rPr>
              <w:t>11:</w:t>
            </w:r>
            <w:r w:rsidRPr="003D2EB0">
              <w:rPr>
                <w:b/>
                <w:sz w:val="18"/>
                <w:lang w:val="ru-RU"/>
              </w:rPr>
              <w:t>4</w:t>
            </w:r>
            <w:r w:rsidRPr="003D2EB0">
              <w:rPr>
                <w:b/>
                <w:sz w:val="18"/>
              </w:rPr>
              <w:t>0–1</w:t>
            </w:r>
            <w:r w:rsidRPr="003D2EB0">
              <w:rPr>
                <w:b/>
                <w:sz w:val="18"/>
                <w:lang w:val="ru-RU"/>
              </w:rPr>
              <w:t>2</w:t>
            </w:r>
            <w:r w:rsidRPr="003D2EB0">
              <w:rPr>
                <w:b/>
                <w:sz w:val="18"/>
              </w:rPr>
              <w:t>:</w:t>
            </w:r>
            <w:r w:rsidRPr="003D2EB0">
              <w:rPr>
                <w:b/>
                <w:sz w:val="18"/>
                <w:lang w:val="ru-RU"/>
              </w:rPr>
              <w:t>00</w:t>
            </w:r>
          </w:p>
        </w:tc>
        <w:tc>
          <w:tcPr>
            <w:tcW w:w="55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41CF4" w14:textId="77777777" w:rsidR="006F40E1" w:rsidRPr="003D2EB0" w:rsidRDefault="008A2606" w:rsidP="008A2606">
            <w:pPr>
              <w:rPr>
                <w:sz w:val="19"/>
                <w:lang w:val="ru-RU"/>
              </w:rPr>
            </w:pPr>
            <w:r w:rsidRPr="003D2EB0">
              <w:rPr>
                <w:sz w:val="19"/>
                <w:lang w:val="ru-RU"/>
              </w:rPr>
              <w:t>Контрастирование при лучевых исследованиях. Безопасное контрастирование. Проблемы контрастирования и пути решения</w:t>
            </w:r>
          </w:p>
          <w:p w14:paraId="3B2F3B7B" w14:textId="1E09BA13" w:rsidR="006F40E1" w:rsidRPr="003D2EB0" w:rsidRDefault="008A2606" w:rsidP="008A2606">
            <w:pPr>
              <w:rPr>
                <w:sz w:val="19"/>
                <w:lang w:val="ru-RU"/>
              </w:rPr>
            </w:pPr>
            <w:r w:rsidRPr="003D2EB0">
              <w:rPr>
                <w:sz w:val="19"/>
                <w:lang w:val="ru-RU"/>
              </w:rPr>
              <w:t xml:space="preserve"> </w:t>
            </w:r>
          </w:p>
          <w:p w14:paraId="767E17A9" w14:textId="1E1090EC" w:rsidR="008A2606" w:rsidRPr="003D2EB0" w:rsidRDefault="008A2606" w:rsidP="008A2606">
            <w:pPr>
              <w:rPr>
                <w:sz w:val="19"/>
                <w:lang w:val="ru-RU"/>
              </w:rPr>
            </w:pPr>
            <w:r w:rsidRPr="003D2EB0">
              <w:rPr>
                <w:sz w:val="19"/>
                <w:lang w:val="ru-RU"/>
              </w:rPr>
              <w:t>(при поддержке АО Байер</w:t>
            </w:r>
            <w:r w:rsidR="006F40E1" w:rsidRPr="003D2EB0">
              <w:rPr>
                <w:sz w:val="19"/>
                <w:lang w:val="ru-RU"/>
              </w:rPr>
              <w:t>,</w:t>
            </w:r>
            <w:r w:rsidR="004363D0" w:rsidRPr="003D2EB0">
              <w:rPr>
                <w:sz w:val="19"/>
                <w:lang w:val="ru-RU"/>
              </w:rPr>
              <w:t xml:space="preserve"> </w:t>
            </w:r>
            <w:r w:rsidR="00FC720D" w:rsidRPr="003D2EB0">
              <w:rPr>
                <w:lang w:val="ru-RU"/>
              </w:rPr>
              <w:t>не обеспечивается кредитами НМО</w:t>
            </w:r>
            <w:r w:rsidR="006F40E1" w:rsidRPr="003D2EB0">
              <w:rPr>
                <w:lang w:val="ru-RU"/>
              </w:rPr>
              <w:t>)</w:t>
            </w:r>
          </w:p>
        </w:tc>
        <w:tc>
          <w:tcPr>
            <w:tcW w:w="350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EA79E" w14:textId="77777777" w:rsidR="008A2606" w:rsidRPr="003D2EB0" w:rsidRDefault="008A2606" w:rsidP="008A2606">
            <w:pPr>
              <w:rPr>
                <w:sz w:val="17"/>
                <w:lang w:val="ru-RU"/>
              </w:rPr>
            </w:pPr>
            <w:r w:rsidRPr="003D2EB0">
              <w:rPr>
                <w:i/>
                <w:iCs/>
                <w:sz w:val="17"/>
                <w:lang w:val="ru-RU"/>
              </w:rPr>
              <w:t>Анна Порошина </w:t>
            </w:r>
          </w:p>
          <w:p w14:paraId="7051456B" w14:textId="77777777" w:rsidR="008A2606" w:rsidRPr="003D2EB0" w:rsidRDefault="008A2606" w:rsidP="008A2606">
            <w:pPr>
              <w:rPr>
                <w:sz w:val="17"/>
                <w:lang w:val="ru-RU"/>
              </w:rPr>
            </w:pPr>
            <w:r w:rsidRPr="003D2EB0">
              <w:rPr>
                <w:b/>
                <w:bCs/>
                <w:sz w:val="17"/>
                <w:lang w:val="ru-RU"/>
              </w:rPr>
              <w:t xml:space="preserve">Руководитель группы медицинской поддержки </w:t>
            </w:r>
            <w:proofErr w:type="spellStart"/>
            <w:r w:rsidRPr="003D2EB0">
              <w:rPr>
                <w:b/>
                <w:bCs/>
                <w:sz w:val="17"/>
                <w:lang w:val="ru-RU"/>
              </w:rPr>
              <w:t>бизне</w:t>
            </w:r>
            <w:proofErr w:type="spellEnd"/>
            <w:r w:rsidRPr="003D2EB0">
              <w:rPr>
                <w:b/>
                <w:bCs/>
                <w:sz w:val="17"/>
                <w:lang w:val="de-DE"/>
              </w:rPr>
              <w:t>c-</w:t>
            </w:r>
            <w:r w:rsidRPr="003D2EB0">
              <w:rPr>
                <w:b/>
                <w:bCs/>
                <w:sz w:val="17"/>
                <w:lang w:val="ru-RU"/>
              </w:rPr>
              <w:t>юнита Радиология </w:t>
            </w:r>
            <w:r w:rsidRPr="003D2EB0">
              <w:rPr>
                <w:b/>
                <w:bCs/>
                <w:sz w:val="17"/>
                <w:lang w:val="de-DE"/>
              </w:rPr>
              <w:t>/</w:t>
            </w:r>
          </w:p>
        </w:tc>
      </w:tr>
      <w:tr w:rsidR="008A2606" w:rsidRPr="00172D36" w14:paraId="195BEF9E" w14:textId="77777777" w:rsidTr="000E0DD2">
        <w:trPr>
          <w:cantSplit/>
          <w:jc w:val="center"/>
        </w:trPr>
        <w:tc>
          <w:tcPr>
            <w:tcW w:w="1701" w:type="dxa"/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8EBED" w14:textId="77777777" w:rsidR="008A2606" w:rsidRPr="00172D36" w:rsidRDefault="008A2606" w:rsidP="008A2606">
            <w:pPr>
              <w:jc w:val="center"/>
            </w:pPr>
            <w:r w:rsidRPr="00172D36">
              <w:rPr>
                <w:b/>
                <w:sz w:val="19"/>
              </w:rPr>
              <w:t>1</w:t>
            </w:r>
            <w:r w:rsidRPr="00172D36">
              <w:rPr>
                <w:b/>
                <w:sz w:val="19"/>
                <w:lang w:val="ru-RU"/>
              </w:rPr>
              <w:t>2</w:t>
            </w:r>
            <w:r w:rsidRPr="00172D36">
              <w:rPr>
                <w:b/>
                <w:sz w:val="19"/>
              </w:rPr>
              <w:t>:</w:t>
            </w:r>
            <w:r w:rsidRPr="00172D36">
              <w:rPr>
                <w:b/>
                <w:sz w:val="19"/>
                <w:lang w:val="ru-RU"/>
              </w:rPr>
              <w:t>00</w:t>
            </w:r>
            <w:r w:rsidRPr="00172D36">
              <w:rPr>
                <w:b/>
                <w:sz w:val="19"/>
              </w:rPr>
              <w:t>–12:10</w:t>
            </w:r>
          </w:p>
        </w:tc>
        <w:tc>
          <w:tcPr>
            <w:tcW w:w="9072" w:type="dxa"/>
            <w:gridSpan w:val="3"/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FD285" w14:textId="77777777" w:rsidR="008A2606" w:rsidRPr="00172D36" w:rsidRDefault="008A2606" w:rsidP="008A2606">
            <w:r w:rsidRPr="00172D36">
              <w:rPr>
                <w:b/>
              </w:rPr>
              <w:t>Перерыв</w:t>
            </w:r>
          </w:p>
        </w:tc>
      </w:tr>
      <w:tr w:rsidR="008A2606" w:rsidRPr="00172D36" w14:paraId="29B468E8" w14:textId="77777777" w:rsidTr="000E0DD2">
        <w:trPr>
          <w:cantSplit/>
          <w:jc w:val="center"/>
        </w:trPr>
        <w:tc>
          <w:tcPr>
            <w:tcW w:w="1701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435D2" w14:textId="33EF41C6" w:rsidR="008A2606" w:rsidRPr="00172D36" w:rsidRDefault="008A2606" w:rsidP="008A2606">
            <w:pPr>
              <w:keepNext/>
              <w:jc w:val="center"/>
              <w:rPr>
                <w:lang w:val="ru-RU"/>
              </w:rPr>
            </w:pPr>
            <w:r w:rsidRPr="00172D36">
              <w:rPr>
                <w:b/>
                <w:sz w:val="19"/>
              </w:rPr>
              <w:t>12:10–13:</w:t>
            </w:r>
            <w:r w:rsidR="00FF3919">
              <w:rPr>
                <w:b/>
                <w:sz w:val="19"/>
                <w:lang w:val="ru-RU"/>
              </w:rPr>
              <w:t>2</w:t>
            </w:r>
            <w:r w:rsidR="000E0DD2" w:rsidRPr="00172D36">
              <w:rPr>
                <w:b/>
                <w:sz w:val="19"/>
                <w:lang w:val="ru-RU"/>
              </w:rPr>
              <w:t>0</w:t>
            </w:r>
          </w:p>
        </w:tc>
        <w:tc>
          <w:tcPr>
            <w:tcW w:w="9072" w:type="dxa"/>
            <w:gridSpan w:val="3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1A6AE" w14:textId="77777777" w:rsidR="008A2606" w:rsidRPr="00172D36" w:rsidRDefault="008A2606" w:rsidP="008A2606">
            <w:pPr>
              <w:keepNext/>
            </w:pPr>
            <w:proofErr w:type="spellStart"/>
            <w:r w:rsidRPr="00172D36">
              <w:rPr>
                <w:b/>
              </w:rPr>
              <w:t>Секция</w:t>
            </w:r>
            <w:proofErr w:type="spellEnd"/>
            <w:r w:rsidRPr="00172D36">
              <w:rPr>
                <w:b/>
              </w:rPr>
              <w:t xml:space="preserve"> «</w:t>
            </w:r>
            <w:proofErr w:type="spellStart"/>
            <w:r w:rsidRPr="00172D36">
              <w:rPr>
                <w:b/>
              </w:rPr>
              <w:t>Органы</w:t>
            </w:r>
            <w:proofErr w:type="spellEnd"/>
            <w:r w:rsidRPr="00172D36">
              <w:rPr>
                <w:b/>
              </w:rPr>
              <w:t xml:space="preserve"> </w:t>
            </w:r>
            <w:proofErr w:type="spellStart"/>
            <w:r w:rsidRPr="00172D36">
              <w:rPr>
                <w:b/>
              </w:rPr>
              <w:t>грудной</w:t>
            </w:r>
            <w:proofErr w:type="spellEnd"/>
            <w:r w:rsidRPr="00172D36">
              <w:rPr>
                <w:b/>
              </w:rPr>
              <w:t xml:space="preserve"> </w:t>
            </w:r>
            <w:proofErr w:type="spellStart"/>
            <w:r w:rsidRPr="00172D36">
              <w:rPr>
                <w:b/>
              </w:rPr>
              <w:t>клетки</w:t>
            </w:r>
            <w:proofErr w:type="spellEnd"/>
            <w:r w:rsidRPr="00172D36">
              <w:rPr>
                <w:b/>
              </w:rPr>
              <w:t>»</w:t>
            </w:r>
          </w:p>
        </w:tc>
      </w:tr>
      <w:tr w:rsidR="008A2606" w:rsidRPr="003B47E8" w14:paraId="184F9AC6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02D90" w14:textId="77777777" w:rsidR="008A2606" w:rsidRPr="000670B0" w:rsidRDefault="008A2606" w:rsidP="008A2606">
            <w:pPr>
              <w:rPr>
                <w:lang w:val="ru-RU"/>
              </w:rPr>
            </w:pPr>
          </w:p>
        </w:tc>
        <w:tc>
          <w:tcPr>
            <w:tcW w:w="9072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0E8CB" w14:textId="77777777" w:rsidR="008A2606" w:rsidRPr="00172D36" w:rsidRDefault="008A2606" w:rsidP="008A2606">
            <w:pPr>
              <w:rPr>
                <w:lang w:val="ru-RU"/>
              </w:rPr>
            </w:pPr>
            <w:r w:rsidRPr="00172D36">
              <w:rPr>
                <w:b/>
                <w:sz w:val="18"/>
                <w:lang w:val="ru-RU"/>
              </w:rPr>
              <w:t>Модераторы:</w:t>
            </w:r>
            <w:r w:rsidRPr="00172D36">
              <w:rPr>
                <w:sz w:val="18"/>
                <w:lang w:val="ru-RU"/>
              </w:rPr>
              <w:br/>
              <w:t>Тюрин Игорь Евгеньевич, д.м.н., профессор, главный внештатный специалист по лучевой и инструментальной диагностике Минздрава России, заведующий кафедрой рентгенологии и радиологии РМАНПО Минздрава России, Москва</w:t>
            </w:r>
            <w:r w:rsidRPr="00172D36">
              <w:rPr>
                <w:sz w:val="18"/>
                <w:lang w:val="ru-RU"/>
              </w:rPr>
              <w:br/>
            </w:r>
            <w:r w:rsidRPr="00172D36">
              <w:rPr>
                <w:sz w:val="18"/>
                <w:lang w:val="ru-RU"/>
              </w:rPr>
              <w:br/>
            </w:r>
            <w:proofErr w:type="spellStart"/>
            <w:r w:rsidRPr="00172D36">
              <w:rPr>
                <w:sz w:val="18"/>
                <w:lang w:val="ru-RU"/>
              </w:rPr>
              <w:t>Ручьёва</w:t>
            </w:r>
            <w:proofErr w:type="spellEnd"/>
            <w:r w:rsidRPr="00172D36">
              <w:rPr>
                <w:sz w:val="18"/>
                <w:lang w:val="ru-RU"/>
              </w:rPr>
              <w:t xml:space="preserve"> Наталья Александровна, к.м.н., научный сотрудник</w:t>
            </w:r>
            <w:r w:rsidR="00AA3AB3" w:rsidRPr="00172D36">
              <w:rPr>
                <w:sz w:val="18"/>
                <w:lang w:val="ru-RU"/>
              </w:rPr>
              <w:t xml:space="preserve"> </w:t>
            </w:r>
            <w:r w:rsidRPr="00172D36">
              <w:rPr>
                <w:sz w:val="18"/>
                <w:lang w:val="ru-RU"/>
              </w:rPr>
              <w:t xml:space="preserve">ФГБУ «НМИЦ терапии и профилактической медицины» Минздрава России, эксперт отдела экспертизы и качества ГБУЗ «НПКЦ </w:t>
            </w:r>
            <w:proofErr w:type="spellStart"/>
            <w:r w:rsidRPr="00172D36">
              <w:rPr>
                <w:sz w:val="18"/>
                <w:lang w:val="ru-RU"/>
              </w:rPr>
              <w:t>ДиТ</w:t>
            </w:r>
            <w:proofErr w:type="spellEnd"/>
            <w:r w:rsidRPr="00172D36">
              <w:rPr>
                <w:sz w:val="18"/>
                <w:lang w:val="ru-RU"/>
              </w:rPr>
              <w:t xml:space="preserve"> ДЗМ», Москва</w:t>
            </w:r>
          </w:p>
        </w:tc>
      </w:tr>
      <w:tr w:rsidR="008A2606" w:rsidRPr="003B47E8" w14:paraId="1792511B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16E67" w14:textId="77777777" w:rsidR="008A2606" w:rsidRPr="00172D36" w:rsidRDefault="008A2606" w:rsidP="008A2606">
            <w:pPr>
              <w:jc w:val="center"/>
              <w:rPr>
                <w:lang w:val="ru-RU"/>
              </w:rPr>
            </w:pPr>
            <w:r w:rsidRPr="00172D36">
              <w:rPr>
                <w:b/>
                <w:sz w:val="18"/>
              </w:rPr>
              <w:t>12:10–12:</w:t>
            </w:r>
            <w:r w:rsidR="000E0DD2" w:rsidRPr="00172D36">
              <w:rPr>
                <w:b/>
                <w:sz w:val="18"/>
                <w:lang w:val="ru-RU"/>
              </w:rPr>
              <w:t>40</w:t>
            </w:r>
          </w:p>
        </w:tc>
        <w:tc>
          <w:tcPr>
            <w:tcW w:w="55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54268" w14:textId="77777777" w:rsidR="008A2606" w:rsidRPr="00172D36" w:rsidRDefault="008A2606" w:rsidP="008A2606">
            <w:pPr>
              <w:rPr>
                <w:lang w:val="ru-RU"/>
              </w:rPr>
            </w:pPr>
            <w:r w:rsidRPr="00172D36">
              <w:rPr>
                <w:sz w:val="19"/>
                <w:lang w:val="ru-RU"/>
              </w:rPr>
              <w:t>Все об очагах в легких от диагностики до тактики ведения</w:t>
            </w:r>
          </w:p>
        </w:tc>
        <w:tc>
          <w:tcPr>
            <w:tcW w:w="350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15337" w14:textId="77777777" w:rsidR="008A2606" w:rsidRPr="00172D36" w:rsidRDefault="008A2606" w:rsidP="008A2606">
            <w:pPr>
              <w:rPr>
                <w:lang w:val="ru-RU"/>
              </w:rPr>
            </w:pPr>
            <w:r w:rsidRPr="00172D36">
              <w:rPr>
                <w:sz w:val="17"/>
                <w:lang w:val="ru-RU"/>
              </w:rPr>
              <w:t>Тюрин Игорь Евгеньевич, д.м.н., профессор, главный внештатный специалист по лучевой и инструментальной диагностике Минздрава России, заведующий кафедрой рентгенологии и радиологии РМАНПО Минздрава России, Москва</w:t>
            </w:r>
          </w:p>
        </w:tc>
      </w:tr>
      <w:tr w:rsidR="008A2606" w:rsidRPr="003B47E8" w14:paraId="7DD9AC61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E307A" w14:textId="77777777" w:rsidR="008A2606" w:rsidRPr="00172D36" w:rsidRDefault="008A2606" w:rsidP="008A2606">
            <w:pPr>
              <w:jc w:val="center"/>
              <w:rPr>
                <w:lang w:val="ru-RU"/>
              </w:rPr>
            </w:pPr>
            <w:r w:rsidRPr="00172D36">
              <w:rPr>
                <w:b/>
                <w:sz w:val="18"/>
              </w:rPr>
              <w:t>12:</w:t>
            </w:r>
            <w:r w:rsidR="000E0DD2" w:rsidRPr="00172D36">
              <w:rPr>
                <w:b/>
                <w:sz w:val="18"/>
                <w:lang w:val="ru-RU"/>
              </w:rPr>
              <w:t>40</w:t>
            </w:r>
            <w:r w:rsidRPr="00172D36">
              <w:rPr>
                <w:b/>
                <w:sz w:val="18"/>
              </w:rPr>
              <w:t>–13:</w:t>
            </w:r>
            <w:r w:rsidR="000E0DD2" w:rsidRPr="00172D36">
              <w:rPr>
                <w:b/>
                <w:sz w:val="18"/>
                <w:lang w:val="ru-RU"/>
              </w:rPr>
              <w:t>10</w:t>
            </w:r>
          </w:p>
        </w:tc>
        <w:tc>
          <w:tcPr>
            <w:tcW w:w="55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6B6F2" w14:textId="77777777" w:rsidR="008A2606" w:rsidRPr="00172D36" w:rsidRDefault="008A2606" w:rsidP="008A2606">
            <w:pPr>
              <w:rPr>
                <w:lang w:val="ru-RU"/>
              </w:rPr>
            </w:pPr>
            <w:r w:rsidRPr="00172D36">
              <w:rPr>
                <w:sz w:val="19"/>
                <w:lang w:val="ru-RU"/>
              </w:rPr>
              <w:t>Основные диагностические признаки туберкулёза — от визуализации до интерпретации</w:t>
            </w:r>
          </w:p>
        </w:tc>
        <w:tc>
          <w:tcPr>
            <w:tcW w:w="350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56111" w14:textId="77777777" w:rsidR="008A2606" w:rsidRPr="00172D36" w:rsidRDefault="008A2606" w:rsidP="008A2606">
            <w:pPr>
              <w:rPr>
                <w:lang w:val="ru-RU"/>
              </w:rPr>
            </w:pPr>
            <w:proofErr w:type="spellStart"/>
            <w:r w:rsidRPr="00172D36">
              <w:rPr>
                <w:sz w:val="17"/>
                <w:lang w:val="ru-RU"/>
              </w:rPr>
              <w:t>Ручьёва</w:t>
            </w:r>
            <w:proofErr w:type="spellEnd"/>
            <w:r w:rsidRPr="00172D36">
              <w:rPr>
                <w:sz w:val="17"/>
                <w:lang w:val="ru-RU"/>
              </w:rPr>
              <w:t xml:space="preserve"> Наталья Александровна, к.м.н., научный сотрудник ФГБУ «НМИЦ терапии и профилактической медицины» Минздрава России, эксперт отдела экспертизы и качества ГБУЗ «НПКЦ </w:t>
            </w:r>
            <w:proofErr w:type="spellStart"/>
            <w:r w:rsidRPr="00172D36">
              <w:rPr>
                <w:sz w:val="17"/>
                <w:lang w:val="ru-RU"/>
              </w:rPr>
              <w:t>ДиТ</w:t>
            </w:r>
            <w:proofErr w:type="spellEnd"/>
            <w:r w:rsidRPr="00172D36">
              <w:rPr>
                <w:sz w:val="17"/>
                <w:lang w:val="ru-RU"/>
              </w:rPr>
              <w:t xml:space="preserve"> ДЗМ», Москва</w:t>
            </w:r>
          </w:p>
        </w:tc>
      </w:tr>
      <w:tr w:rsidR="009875DC" w:rsidRPr="009875DC" w14:paraId="249EF88C" w14:textId="77777777" w:rsidTr="000E0DD2">
        <w:trPr>
          <w:cantSplit/>
          <w:jc w:val="center"/>
        </w:trPr>
        <w:tc>
          <w:tcPr>
            <w:tcW w:w="1701" w:type="dxa"/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DB496" w14:textId="72A94290" w:rsidR="009875DC" w:rsidRPr="009875DC" w:rsidRDefault="009875DC" w:rsidP="008A2606">
            <w:pPr>
              <w:jc w:val="center"/>
              <w:rPr>
                <w:b/>
                <w:sz w:val="19"/>
                <w:lang w:val="ru-RU"/>
              </w:rPr>
            </w:pPr>
            <w:r w:rsidRPr="00172D36">
              <w:rPr>
                <w:b/>
                <w:sz w:val="19"/>
              </w:rPr>
              <w:t>13:</w:t>
            </w:r>
            <w:r w:rsidRPr="00172D36">
              <w:rPr>
                <w:b/>
                <w:sz w:val="19"/>
                <w:lang w:val="ru-RU"/>
              </w:rPr>
              <w:t>10</w:t>
            </w:r>
            <w:r w:rsidRPr="00172D36">
              <w:rPr>
                <w:b/>
                <w:sz w:val="19"/>
              </w:rPr>
              <w:t>–1</w:t>
            </w:r>
            <w:r w:rsidRPr="00172D36">
              <w:rPr>
                <w:b/>
                <w:sz w:val="19"/>
                <w:lang w:val="ru-RU"/>
              </w:rPr>
              <w:t>3:</w:t>
            </w:r>
            <w:r>
              <w:rPr>
                <w:b/>
                <w:sz w:val="19"/>
                <w:lang w:val="ru-RU"/>
              </w:rPr>
              <w:t>2</w:t>
            </w:r>
            <w:r w:rsidRPr="00172D36">
              <w:rPr>
                <w:b/>
                <w:sz w:val="19"/>
                <w:lang w:val="ru-RU"/>
              </w:rPr>
              <w:t>0</w:t>
            </w:r>
          </w:p>
        </w:tc>
        <w:tc>
          <w:tcPr>
            <w:tcW w:w="9072" w:type="dxa"/>
            <w:gridSpan w:val="3"/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588D4" w14:textId="052BE848" w:rsidR="009875DC" w:rsidRPr="00172D36" w:rsidRDefault="009875DC" w:rsidP="008A260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Дискуссия </w:t>
            </w:r>
          </w:p>
        </w:tc>
      </w:tr>
      <w:tr w:rsidR="008A2606" w:rsidRPr="00172D36" w14:paraId="7B5A93E4" w14:textId="77777777" w:rsidTr="000E0DD2">
        <w:trPr>
          <w:cantSplit/>
          <w:jc w:val="center"/>
        </w:trPr>
        <w:tc>
          <w:tcPr>
            <w:tcW w:w="1701" w:type="dxa"/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6F1F6" w14:textId="508CAF0D" w:rsidR="008A2606" w:rsidRPr="00172D36" w:rsidRDefault="008A2606" w:rsidP="008A2606">
            <w:pPr>
              <w:jc w:val="center"/>
              <w:rPr>
                <w:lang w:val="ru-RU"/>
              </w:rPr>
            </w:pPr>
            <w:r w:rsidRPr="00172D36">
              <w:rPr>
                <w:b/>
                <w:sz w:val="19"/>
              </w:rPr>
              <w:t>13:</w:t>
            </w:r>
            <w:r w:rsidR="009875DC">
              <w:rPr>
                <w:b/>
                <w:sz w:val="19"/>
                <w:lang w:val="ru-RU"/>
              </w:rPr>
              <w:t>2</w:t>
            </w:r>
            <w:r w:rsidR="000E0DD2" w:rsidRPr="00172D36">
              <w:rPr>
                <w:b/>
                <w:sz w:val="19"/>
                <w:lang w:val="ru-RU"/>
              </w:rPr>
              <w:t>0</w:t>
            </w:r>
            <w:r w:rsidRPr="00172D36">
              <w:rPr>
                <w:b/>
                <w:sz w:val="19"/>
              </w:rPr>
              <w:t>–1</w:t>
            </w:r>
            <w:r w:rsidR="000E0DD2" w:rsidRPr="00172D36">
              <w:rPr>
                <w:b/>
                <w:sz w:val="19"/>
                <w:lang w:val="ru-RU"/>
              </w:rPr>
              <w:t>3:50</w:t>
            </w:r>
          </w:p>
        </w:tc>
        <w:tc>
          <w:tcPr>
            <w:tcW w:w="9072" w:type="dxa"/>
            <w:gridSpan w:val="3"/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D336C" w14:textId="77777777" w:rsidR="008A2606" w:rsidRPr="00172D36" w:rsidRDefault="000E0DD2" w:rsidP="008A2606">
            <w:pPr>
              <w:rPr>
                <w:lang w:val="ru-RU"/>
              </w:rPr>
            </w:pPr>
            <w:r w:rsidRPr="00172D36">
              <w:rPr>
                <w:b/>
                <w:lang w:val="ru-RU"/>
              </w:rPr>
              <w:t>Перерыв</w:t>
            </w:r>
          </w:p>
        </w:tc>
      </w:tr>
      <w:tr w:rsidR="000E0DD2" w:rsidRPr="003B47E8" w14:paraId="4B60BE2F" w14:textId="77777777" w:rsidTr="000E0DD2">
        <w:trPr>
          <w:cantSplit/>
          <w:jc w:val="center"/>
        </w:trPr>
        <w:tc>
          <w:tcPr>
            <w:tcW w:w="1701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893FA" w14:textId="77777777" w:rsidR="000E0DD2" w:rsidRPr="00172D36" w:rsidRDefault="000E0DD2" w:rsidP="000E0DD2">
            <w:pPr>
              <w:keepNext/>
              <w:jc w:val="center"/>
              <w:rPr>
                <w:lang w:val="ru-RU"/>
              </w:rPr>
            </w:pPr>
            <w:r w:rsidRPr="00172D36">
              <w:rPr>
                <w:b/>
                <w:sz w:val="19"/>
                <w:lang w:val="ru-RU"/>
              </w:rPr>
              <w:lastRenderedPageBreak/>
              <w:t>13:50</w:t>
            </w:r>
            <w:r w:rsidRPr="00172D36">
              <w:rPr>
                <w:b/>
                <w:sz w:val="19"/>
              </w:rPr>
              <w:t>–1</w:t>
            </w:r>
            <w:r w:rsidRPr="00172D36">
              <w:rPr>
                <w:b/>
                <w:sz w:val="19"/>
                <w:lang w:val="ru-RU"/>
              </w:rPr>
              <w:t>5</w:t>
            </w:r>
            <w:r w:rsidRPr="00172D36">
              <w:rPr>
                <w:b/>
                <w:sz w:val="19"/>
              </w:rPr>
              <w:t>:</w:t>
            </w:r>
            <w:r w:rsidRPr="00172D36">
              <w:rPr>
                <w:b/>
                <w:sz w:val="19"/>
                <w:lang w:val="ru-RU"/>
              </w:rPr>
              <w:t>20</w:t>
            </w:r>
          </w:p>
        </w:tc>
        <w:tc>
          <w:tcPr>
            <w:tcW w:w="9072" w:type="dxa"/>
            <w:gridSpan w:val="3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1CB4A" w14:textId="77777777" w:rsidR="000E0DD2" w:rsidRPr="00172D36" w:rsidRDefault="000E0DD2" w:rsidP="000E0DD2">
            <w:pPr>
              <w:keepNext/>
              <w:rPr>
                <w:lang w:val="ru-RU"/>
              </w:rPr>
            </w:pPr>
            <w:r w:rsidRPr="00172D36">
              <w:rPr>
                <w:b/>
                <w:lang w:val="ru-RU"/>
              </w:rPr>
              <w:t>Секция «Органы брюшной полости, малого таза, плод и плацента»</w:t>
            </w:r>
          </w:p>
        </w:tc>
      </w:tr>
      <w:tr w:rsidR="000E0DD2" w:rsidRPr="00172D36" w14:paraId="761221C2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A0CBD" w14:textId="77777777" w:rsidR="000E0DD2" w:rsidRPr="00172D36" w:rsidRDefault="000E0DD2" w:rsidP="000E0DD2">
            <w:pPr>
              <w:rPr>
                <w:lang w:val="ru-RU"/>
              </w:rPr>
            </w:pPr>
          </w:p>
        </w:tc>
        <w:tc>
          <w:tcPr>
            <w:tcW w:w="9072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79EC1" w14:textId="77777777" w:rsidR="000E0DD2" w:rsidRPr="00172D36" w:rsidRDefault="000E0DD2" w:rsidP="000E0DD2">
            <w:pPr>
              <w:rPr>
                <w:lang w:val="ru-RU"/>
              </w:rPr>
            </w:pPr>
            <w:r w:rsidRPr="00172D36">
              <w:rPr>
                <w:b/>
                <w:sz w:val="18"/>
                <w:lang w:val="ru-RU"/>
              </w:rPr>
              <w:t>Модераторы:</w:t>
            </w:r>
            <w:r w:rsidRPr="00172D36">
              <w:rPr>
                <w:b/>
                <w:sz w:val="18"/>
                <w:lang w:val="ru-RU"/>
              </w:rPr>
              <w:br/>
            </w:r>
            <w:r w:rsidRPr="00172D36">
              <w:rPr>
                <w:sz w:val="18"/>
                <w:lang w:val="ru-RU"/>
              </w:rPr>
              <w:t>Синицын Валентин Евгеньевич, д.м.н., профессор, заведующий кафедрой лучевой диагностики и терапии факультета фундаментальной медицины МГУ им. М.В. Ломоносова, заведующий отделом лучевой диагностики МНОЦ МГУ, Президент РОРР, Москва</w:t>
            </w:r>
            <w:r w:rsidRPr="00172D36">
              <w:rPr>
                <w:sz w:val="18"/>
                <w:lang w:val="ru-RU"/>
              </w:rPr>
              <w:br/>
            </w:r>
            <w:r w:rsidRPr="00172D36">
              <w:rPr>
                <w:sz w:val="18"/>
                <w:lang w:val="ru-RU"/>
              </w:rPr>
              <w:br/>
              <w:t>Мищенко Андрей Владимирович, д.м.н., профессор, ведущий научный сотрудник научного отделения диагностической и интервенционной радиологии НМИЦ онкологии им. Н.Н. Петрова Минздрава России, Санкт-Петербург</w:t>
            </w:r>
          </w:p>
        </w:tc>
      </w:tr>
      <w:tr w:rsidR="000E0DD2" w:rsidRPr="003B47E8" w14:paraId="0473C6A7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612E7" w14:textId="77777777" w:rsidR="000E0DD2" w:rsidRPr="00172D36" w:rsidRDefault="000E0DD2" w:rsidP="000E0DD2">
            <w:pPr>
              <w:jc w:val="center"/>
            </w:pPr>
            <w:r w:rsidRPr="00172D36">
              <w:rPr>
                <w:b/>
                <w:sz w:val="18"/>
                <w:lang w:val="ru-RU"/>
              </w:rPr>
              <w:t>13:50-</w:t>
            </w:r>
            <w:r w:rsidRPr="00172D36">
              <w:rPr>
                <w:b/>
                <w:sz w:val="18"/>
              </w:rPr>
              <w:t>1</w:t>
            </w:r>
            <w:r w:rsidRPr="00172D36">
              <w:rPr>
                <w:b/>
                <w:sz w:val="18"/>
                <w:lang w:val="ru-RU"/>
              </w:rPr>
              <w:t>4</w:t>
            </w:r>
            <w:r w:rsidRPr="00172D36">
              <w:rPr>
                <w:b/>
                <w:sz w:val="18"/>
              </w:rPr>
              <w:t>:</w:t>
            </w:r>
            <w:r w:rsidRPr="00172D36">
              <w:rPr>
                <w:b/>
                <w:sz w:val="18"/>
                <w:lang w:val="ru-RU"/>
              </w:rPr>
              <w:t>2</w:t>
            </w:r>
            <w:r w:rsidRPr="00172D36">
              <w:rPr>
                <w:b/>
                <w:sz w:val="18"/>
              </w:rPr>
              <w:t>0</w:t>
            </w:r>
          </w:p>
        </w:tc>
        <w:tc>
          <w:tcPr>
            <w:tcW w:w="55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FF278" w14:textId="77777777" w:rsidR="000E0DD2" w:rsidRPr="00172D36" w:rsidRDefault="000E0DD2" w:rsidP="000E0DD2">
            <w:pPr>
              <w:rPr>
                <w:lang w:val="ru-RU"/>
              </w:rPr>
            </w:pPr>
            <w:r w:rsidRPr="00172D36">
              <w:rPr>
                <w:sz w:val="19"/>
                <w:lang w:val="ru-RU"/>
              </w:rPr>
              <w:t>Лучевая диагностика рака поджелудочной железы: что важно для клинического решения?</w:t>
            </w:r>
          </w:p>
        </w:tc>
        <w:tc>
          <w:tcPr>
            <w:tcW w:w="350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5DB88" w14:textId="77777777" w:rsidR="000E0DD2" w:rsidRPr="00172D36" w:rsidRDefault="000E0DD2" w:rsidP="000E0DD2">
            <w:pPr>
              <w:rPr>
                <w:lang w:val="ru-RU"/>
              </w:rPr>
            </w:pPr>
            <w:r w:rsidRPr="00172D36">
              <w:rPr>
                <w:sz w:val="17"/>
                <w:lang w:val="ru-RU"/>
              </w:rPr>
              <w:t>Синицын Валентин Евгеньевич, д.м.н., профессор, заведующий кафедрой лучевой диагностики и терапии факультета фундаментальной медицины МГУ им. М.В. Ломоносова, заведующий отделом лучевой диагностики МНОЦ МГУ, Президент РОРР, Москва</w:t>
            </w:r>
          </w:p>
        </w:tc>
      </w:tr>
      <w:tr w:rsidR="000E0DD2" w:rsidRPr="00172D36" w14:paraId="6A73636B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8AAC4" w14:textId="77777777" w:rsidR="000E0DD2" w:rsidRPr="00172D36" w:rsidRDefault="000E0DD2" w:rsidP="000E0DD2">
            <w:pPr>
              <w:jc w:val="center"/>
            </w:pPr>
            <w:r w:rsidRPr="00172D36">
              <w:rPr>
                <w:b/>
                <w:sz w:val="18"/>
              </w:rPr>
              <w:t>1</w:t>
            </w:r>
            <w:r w:rsidRPr="00172D36">
              <w:rPr>
                <w:b/>
                <w:sz w:val="18"/>
                <w:lang w:val="ru-RU"/>
              </w:rPr>
              <w:t>4</w:t>
            </w:r>
            <w:r w:rsidRPr="00172D36">
              <w:rPr>
                <w:b/>
                <w:sz w:val="18"/>
              </w:rPr>
              <w:t>:</w:t>
            </w:r>
            <w:r w:rsidRPr="00172D36">
              <w:rPr>
                <w:b/>
                <w:sz w:val="18"/>
                <w:lang w:val="ru-RU"/>
              </w:rPr>
              <w:t>20</w:t>
            </w:r>
            <w:r w:rsidRPr="00172D36">
              <w:rPr>
                <w:b/>
                <w:sz w:val="18"/>
              </w:rPr>
              <w:t>–1</w:t>
            </w:r>
            <w:r w:rsidRPr="00172D36">
              <w:rPr>
                <w:b/>
                <w:sz w:val="18"/>
                <w:lang w:val="ru-RU"/>
              </w:rPr>
              <w:t>4</w:t>
            </w:r>
            <w:r w:rsidRPr="00172D36">
              <w:rPr>
                <w:b/>
                <w:sz w:val="18"/>
              </w:rPr>
              <w:t>:</w:t>
            </w:r>
            <w:r w:rsidRPr="00172D36">
              <w:rPr>
                <w:b/>
                <w:sz w:val="18"/>
                <w:lang w:val="ru-RU"/>
              </w:rPr>
              <w:t>5</w:t>
            </w:r>
            <w:r w:rsidRPr="00172D36">
              <w:rPr>
                <w:b/>
                <w:sz w:val="18"/>
              </w:rPr>
              <w:t>0</w:t>
            </w:r>
          </w:p>
        </w:tc>
        <w:tc>
          <w:tcPr>
            <w:tcW w:w="55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46435" w14:textId="64A137EF" w:rsidR="006F40E1" w:rsidRDefault="000E0DD2" w:rsidP="000E0DD2">
            <w:pPr>
              <w:rPr>
                <w:sz w:val="19"/>
                <w:lang w:val="ru-RU"/>
              </w:rPr>
            </w:pPr>
            <w:proofErr w:type="gramStart"/>
            <w:r w:rsidRPr="00172D36">
              <w:rPr>
                <w:sz w:val="19"/>
                <w:lang w:val="ru-RU"/>
              </w:rPr>
              <w:t>Базовые</w:t>
            </w:r>
            <w:r w:rsidRPr="00172D36">
              <w:rPr>
                <w:sz w:val="19"/>
              </w:rPr>
              <w:t>  </w:t>
            </w:r>
            <w:r w:rsidRPr="00172D36">
              <w:rPr>
                <w:sz w:val="19"/>
                <w:lang w:val="ru-RU"/>
              </w:rPr>
              <w:t>принципы</w:t>
            </w:r>
            <w:proofErr w:type="gramEnd"/>
            <w:r w:rsidRPr="00172D36">
              <w:rPr>
                <w:sz w:val="19"/>
              </w:rPr>
              <w:t> PI</w:t>
            </w:r>
            <w:r w:rsidRPr="00172D36">
              <w:rPr>
                <w:sz w:val="19"/>
                <w:lang w:val="ru-RU"/>
              </w:rPr>
              <w:t>-</w:t>
            </w:r>
            <w:r w:rsidRPr="00172D36">
              <w:rPr>
                <w:sz w:val="19"/>
              </w:rPr>
              <w:t>RADS</w:t>
            </w:r>
            <w:r w:rsidR="007A7A18">
              <w:rPr>
                <w:sz w:val="19"/>
                <w:lang w:val="ru-RU"/>
              </w:rPr>
              <w:t xml:space="preserve"> </w:t>
            </w:r>
            <w:r w:rsidRPr="00172D36">
              <w:rPr>
                <w:sz w:val="19"/>
              </w:rPr>
              <w:t>v</w:t>
            </w:r>
            <w:r w:rsidRPr="00172D36">
              <w:rPr>
                <w:sz w:val="19"/>
                <w:lang w:val="ru-RU"/>
              </w:rPr>
              <w:t>.2.1 —</w:t>
            </w:r>
            <w:r w:rsidRPr="00172D36">
              <w:rPr>
                <w:sz w:val="19"/>
              </w:rPr>
              <w:t> </w:t>
            </w:r>
            <w:r w:rsidRPr="00172D36">
              <w:rPr>
                <w:sz w:val="19"/>
                <w:lang w:val="ru-RU"/>
              </w:rPr>
              <w:t>основа мастерства</w:t>
            </w:r>
          </w:p>
          <w:p w14:paraId="17EBA837" w14:textId="77777777" w:rsidR="006F40E1" w:rsidRDefault="006F40E1" w:rsidP="000E0DD2">
            <w:pPr>
              <w:rPr>
                <w:sz w:val="19"/>
                <w:lang w:val="ru-RU"/>
              </w:rPr>
            </w:pPr>
          </w:p>
          <w:p w14:paraId="43DC0096" w14:textId="607EF045" w:rsidR="000E0DD2" w:rsidRPr="00172D36" w:rsidRDefault="000E0DD2" w:rsidP="000E0DD2">
            <w:pPr>
              <w:rPr>
                <w:lang w:val="ru-RU"/>
              </w:rPr>
            </w:pPr>
            <w:r w:rsidRPr="00172D36">
              <w:rPr>
                <w:sz w:val="19"/>
                <w:lang w:val="ru-RU"/>
              </w:rPr>
              <w:t>(</w:t>
            </w:r>
            <w:r w:rsidRPr="00CA7640">
              <w:rPr>
                <w:b/>
                <w:bCs/>
                <w:sz w:val="19"/>
                <w:lang w:val="ru-RU"/>
              </w:rPr>
              <w:t>при поддержке АО Байер</w:t>
            </w:r>
            <w:r w:rsidR="00CA7640">
              <w:rPr>
                <w:b/>
                <w:bCs/>
                <w:sz w:val="19"/>
                <w:lang w:val="ru-RU"/>
              </w:rPr>
              <w:t xml:space="preserve">, </w:t>
            </w:r>
            <w:r w:rsidR="00FC720D" w:rsidRPr="00CA7640">
              <w:rPr>
                <w:b/>
                <w:bCs/>
                <w:lang w:val="ru-RU"/>
              </w:rPr>
              <w:t>не обеспечивается кредитами НМО</w:t>
            </w:r>
            <w:r w:rsidRPr="00CA7640">
              <w:rPr>
                <w:b/>
                <w:bCs/>
                <w:sz w:val="19"/>
                <w:lang w:val="ru-RU"/>
              </w:rPr>
              <w:t>)</w:t>
            </w:r>
          </w:p>
        </w:tc>
        <w:tc>
          <w:tcPr>
            <w:tcW w:w="350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F5D18" w14:textId="77777777" w:rsidR="000E0DD2" w:rsidRPr="00172D36" w:rsidRDefault="000E0DD2" w:rsidP="000E0DD2">
            <w:pPr>
              <w:rPr>
                <w:lang w:val="ru-RU"/>
              </w:rPr>
            </w:pPr>
            <w:r w:rsidRPr="00172D36">
              <w:rPr>
                <w:sz w:val="17"/>
                <w:lang w:val="ru-RU"/>
              </w:rPr>
              <w:t xml:space="preserve">Мищенко Андрей Владимирович, д.м.н., профессор, ведущий научный сотрудник научного отделения диагностической и интервенционной радиологии НМИЦ онкологии им. </w:t>
            </w:r>
            <w:r w:rsidRPr="00172D36">
              <w:rPr>
                <w:sz w:val="17"/>
              </w:rPr>
              <w:t xml:space="preserve">Н.Н. </w:t>
            </w:r>
            <w:proofErr w:type="spellStart"/>
            <w:r w:rsidRPr="00172D36">
              <w:rPr>
                <w:sz w:val="17"/>
              </w:rPr>
              <w:t>Петрова</w:t>
            </w:r>
            <w:proofErr w:type="spellEnd"/>
            <w:r w:rsidRPr="00172D36">
              <w:rPr>
                <w:sz w:val="17"/>
              </w:rPr>
              <w:t xml:space="preserve"> </w:t>
            </w:r>
            <w:proofErr w:type="spellStart"/>
            <w:r w:rsidRPr="00172D36">
              <w:rPr>
                <w:sz w:val="17"/>
              </w:rPr>
              <w:t>Минздрава</w:t>
            </w:r>
            <w:proofErr w:type="spellEnd"/>
            <w:r w:rsidRPr="00172D36">
              <w:rPr>
                <w:sz w:val="17"/>
              </w:rPr>
              <w:t xml:space="preserve"> </w:t>
            </w:r>
            <w:proofErr w:type="spellStart"/>
            <w:r w:rsidRPr="00172D36">
              <w:rPr>
                <w:sz w:val="17"/>
              </w:rPr>
              <w:t>России</w:t>
            </w:r>
            <w:proofErr w:type="spellEnd"/>
            <w:r w:rsidRPr="00172D36">
              <w:rPr>
                <w:sz w:val="17"/>
              </w:rPr>
              <w:t xml:space="preserve">, </w:t>
            </w:r>
            <w:proofErr w:type="spellStart"/>
            <w:r w:rsidRPr="00172D36">
              <w:rPr>
                <w:sz w:val="17"/>
              </w:rPr>
              <w:t>Санкт-Петербург</w:t>
            </w:r>
            <w:proofErr w:type="spellEnd"/>
          </w:p>
        </w:tc>
      </w:tr>
      <w:tr w:rsidR="000E0DD2" w:rsidRPr="00172D36" w14:paraId="4CFE07C0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9E9D1" w14:textId="77777777" w:rsidR="000E0DD2" w:rsidRPr="00172D36" w:rsidRDefault="000E0DD2" w:rsidP="000E0DD2">
            <w:pPr>
              <w:jc w:val="center"/>
            </w:pPr>
            <w:r w:rsidRPr="00172D36">
              <w:rPr>
                <w:b/>
                <w:sz w:val="18"/>
              </w:rPr>
              <w:t>1</w:t>
            </w:r>
            <w:r w:rsidRPr="00172D36">
              <w:rPr>
                <w:b/>
                <w:sz w:val="18"/>
                <w:lang w:val="ru-RU"/>
              </w:rPr>
              <w:t>4</w:t>
            </w:r>
            <w:r w:rsidRPr="00172D36">
              <w:rPr>
                <w:b/>
                <w:sz w:val="18"/>
              </w:rPr>
              <w:t>:</w:t>
            </w:r>
            <w:r w:rsidRPr="00172D36">
              <w:rPr>
                <w:b/>
                <w:sz w:val="18"/>
                <w:lang w:val="ru-RU"/>
              </w:rPr>
              <w:t>5</w:t>
            </w:r>
            <w:r w:rsidRPr="00172D36">
              <w:rPr>
                <w:b/>
                <w:sz w:val="18"/>
              </w:rPr>
              <w:t>0–1</w:t>
            </w:r>
            <w:r w:rsidRPr="00172D36">
              <w:rPr>
                <w:b/>
                <w:sz w:val="18"/>
                <w:lang w:val="ru-RU"/>
              </w:rPr>
              <w:t>5</w:t>
            </w:r>
            <w:r w:rsidRPr="00172D36">
              <w:rPr>
                <w:b/>
                <w:sz w:val="18"/>
              </w:rPr>
              <w:t>:</w:t>
            </w:r>
            <w:r w:rsidRPr="00172D36">
              <w:rPr>
                <w:b/>
                <w:sz w:val="18"/>
                <w:lang w:val="ru-RU"/>
              </w:rPr>
              <w:t>2</w:t>
            </w:r>
            <w:r w:rsidRPr="00172D36">
              <w:rPr>
                <w:b/>
                <w:sz w:val="18"/>
              </w:rPr>
              <w:t>0</w:t>
            </w:r>
          </w:p>
        </w:tc>
        <w:tc>
          <w:tcPr>
            <w:tcW w:w="55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BF0FB" w14:textId="77777777" w:rsidR="000E0DD2" w:rsidRPr="00172D36" w:rsidRDefault="000E0DD2" w:rsidP="000E0DD2">
            <w:pPr>
              <w:rPr>
                <w:lang w:val="ru-RU"/>
              </w:rPr>
            </w:pPr>
            <w:r w:rsidRPr="00172D36">
              <w:rPr>
                <w:sz w:val="19"/>
                <w:lang w:val="ru-RU"/>
              </w:rPr>
              <w:t>Безопасное МР-исследование плода и плаценты: основы подготовки, проведения и интерпретации</w:t>
            </w:r>
          </w:p>
        </w:tc>
        <w:tc>
          <w:tcPr>
            <w:tcW w:w="350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68C945" w14:textId="77777777" w:rsidR="000E0DD2" w:rsidRPr="00172D36" w:rsidRDefault="000E0DD2" w:rsidP="000E0DD2">
            <w:pPr>
              <w:rPr>
                <w:lang w:val="ru-RU"/>
              </w:rPr>
            </w:pPr>
            <w:r w:rsidRPr="00172D36">
              <w:rPr>
                <w:sz w:val="17"/>
                <w:lang w:val="ru-RU"/>
              </w:rPr>
              <w:t xml:space="preserve">Козлова Полина Викторовна, врач-рентгенолог, врач ультразвуковой диагностики, ассистент кафедры лучевой диагностики и медицинской визуализации с клиникой НМИЦ им. </w:t>
            </w:r>
            <w:r w:rsidRPr="00172D36">
              <w:rPr>
                <w:sz w:val="17"/>
              </w:rPr>
              <w:t xml:space="preserve">В.А. </w:t>
            </w:r>
            <w:proofErr w:type="spellStart"/>
            <w:r w:rsidRPr="00172D36">
              <w:rPr>
                <w:sz w:val="17"/>
              </w:rPr>
              <w:t>Алмазова</w:t>
            </w:r>
            <w:proofErr w:type="spellEnd"/>
            <w:r w:rsidRPr="00172D36">
              <w:rPr>
                <w:sz w:val="17"/>
              </w:rPr>
              <w:t xml:space="preserve"> </w:t>
            </w:r>
            <w:proofErr w:type="spellStart"/>
            <w:r w:rsidRPr="00172D36">
              <w:rPr>
                <w:sz w:val="17"/>
              </w:rPr>
              <w:t>Минздрава</w:t>
            </w:r>
            <w:proofErr w:type="spellEnd"/>
            <w:r w:rsidRPr="00172D36">
              <w:rPr>
                <w:sz w:val="17"/>
              </w:rPr>
              <w:t xml:space="preserve"> </w:t>
            </w:r>
            <w:proofErr w:type="spellStart"/>
            <w:r w:rsidRPr="00172D36">
              <w:rPr>
                <w:sz w:val="17"/>
              </w:rPr>
              <w:t>России</w:t>
            </w:r>
            <w:proofErr w:type="spellEnd"/>
            <w:r w:rsidRPr="00172D36">
              <w:rPr>
                <w:sz w:val="17"/>
              </w:rPr>
              <w:t xml:space="preserve">, </w:t>
            </w:r>
            <w:proofErr w:type="spellStart"/>
            <w:r w:rsidRPr="00172D36">
              <w:rPr>
                <w:sz w:val="17"/>
              </w:rPr>
              <w:t>Санкт-Петербург</w:t>
            </w:r>
            <w:proofErr w:type="spellEnd"/>
          </w:p>
        </w:tc>
      </w:tr>
      <w:tr w:rsidR="000E0DD2" w:rsidRPr="00172D36" w14:paraId="4FD88C3A" w14:textId="77777777" w:rsidTr="000E0DD2">
        <w:trPr>
          <w:cantSplit/>
          <w:jc w:val="center"/>
        </w:trPr>
        <w:tc>
          <w:tcPr>
            <w:tcW w:w="1701" w:type="dxa"/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C269E" w14:textId="77777777" w:rsidR="000E0DD2" w:rsidRPr="00172D36" w:rsidRDefault="000E0DD2" w:rsidP="000E0DD2">
            <w:pPr>
              <w:jc w:val="center"/>
            </w:pPr>
            <w:r w:rsidRPr="00172D36">
              <w:rPr>
                <w:b/>
                <w:sz w:val="19"/>
              </w:rPr>
              <w:t>1</w:t>
            </w:r>
            <w:r w:rsidRPr="00172D36">
              <w:rPr>
                <w:b/>
                <w:sz w:val="19"/>
                <w:lang w:val="ru-RU"/>
              </w:rPr>
              <w:t>5</w:t>
            </w:r>
            <w:r w:rsidRPr="00172D36">
              <w:rPr>
                <w:b/>
                <w:sz w:val="19"/>
              </w:rPr>
              <w:t>:</w:t>
            </w:r>
            <w:r w:rsidRPr="00172D36">
              <w:rPr>
                <w:b/>
                <w:sz w:val="19"/>
                <w:lang w:val="ru-RU"/>
              </w:rPr>
              <w:t>2</w:t>
            </w:r>
            <w:r w:rsidRPr="00172D36">
              <w:rPr>
                <w:b/>
                <w:sz w:val="19"/>
              </w:rPr>
              <w:t>0–1</w:t>
            </w:r>
            <w:r w:rsidRPr="00172D36">
              <w:rPr>
                <w:b/>
                <w:sz w:val="19"/>
                <w:lang w:val="ru-RU"/>
              </w:rPr>
              <w:t>5</w:t>
            </w:r>
            <w:r w:rsidRPr="00172D36">
              <w:rPr>
                <w:b/>
                <w:sz w:val="19"/>
              </w:rPr>
              <w:t>:</w:t>
            </w:r>
            <w:r w:rsidRPr="00172D36">
              <w:rPr>
                <w:b/>
                <w:sz w:val="19"/>
                <w:lang w:val="ru-RU"/>
              </w:rPr>
              <w:t>3</w:t>
            </w:r>
            <w:r w:rsidRPr="00172D36">
              <w:rPr>
                <w:b/>
                <w:sz w:val="19"/>
              </w:rPr>
              <w:t>0</w:t>
            </w:r>
          </w:p>
        </w:tc>
        <w:tc>
          <w:tcPr>
            <w:tcW w:w="9072" w:type="dxa"/>
            <w:gridSpan w:val="3"/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25B61" w14:textId="77777777" w:rsidR="000E0DD2" w:rsidRPr="00172D36" w:rsidRDefault="000E0DD2" w:rsidP="000E0DD2">
            <w:proofErr w:type="spellStart"/>
            <w:r w:rsidRPr="00172D36">
              <w:rPr>
                <w:b/>
              </w:rPr>
              <w:t>Перерыв</w:t>
            </w:r>
            <w:proofErr w:type="spellEnd"/>
          </w:p>
        </w:tc>
      </w:tr>
      <w:tr w:rsidR="000E0DD2" w:rsidRPr="003B47E8" w14:paraId="740C6CC1" w14:textId="77777777" w:rsidTr="000E0DD2">
        <w:trPr>
          <w:cantSplit/>
          <w:jc w:val="center"/>
        </w:trPr>
        <w:tc>
          <w:tcPr>
            <w:tcW w:w="1701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86DCE" w14:textId="77777777" w:rsidR="000E0DD2" w:rsidRPr="00172D36" w:rsidRDefault="000E0DD2" w:rsidP="00307E4E">
            <w:pPr>
              <w:keepNext/>
              <w:jc w:val="center"/>
              <w:rPr>
                <w:lang w:val="ru-RU"/>
              </w:rPr>
            </w:pPr>
            <w:r w:rsidRPr="00172D36">
              <w:rPr>
                <w:b/>
                <w:sz w:val="19"/>
              </w:rPr>
              <w:t>1</w:t>
            </w:r>
            <w:r w:rsidRPr="00172D36">
              <w:rPr>
                <w:b/>
                <w:sz w:val="19"/>
                <w:lang w:val="ru-RU"/>
              </w:rPr>
              <w:t>5</w:t>
            </w:r>
            <w:r w:rsidRPr="00172D36">
              <w:rPr>
                <w:b/>
                <w:sz w:val="19"/>
              </w:rPr>
              <w:t>:</w:t>
            </w:r>
            <w:r w:rsidRPr="00172D36">
              <w:rPr>
                <w:b/>
                <w:sz w:val="19"/>
                <w:lang w:val="ru-RU"/>
              </w:rPr>
              <w:t>30</w:t>
            </w:r>
            <w:r w:rsidRPr="00172D36">
              <w:rPr>
                <w:b/>
                <w:sz w:val="19"/>
              </w:rPr>
              <w:t>–</w:t>
            </w:r>
            <w:r w:rsidRPr="00172D36">
              <w:rPr>
                <w:b/>
                <w:sz w:val="19"/>
                <w:lang w:val="ru-RU"/>
              </w:rPr>
              <w:t>18:00</w:t>
            </w:r>
          </w:p>
        </w:tc>
        <w:tc>
          <w:tcPr>
            <w:tcW w:w="9072" w:type="dxa"/>
            <w:gridSpan w:val="3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93E6C" w14:textId="77777777" w:rsidR="000E0DD2" w:rsidRPr="00172D36" w:rsidRDefault="00FC720D" w:rsidP="00307E4E">
            <w:pPr>
              <w:keepNext/>
              <w:rPr>
                <w:lang w:val="ru-RU"/>
              </w:rPr>
            </w:pPr>
            <w:r w:rsidRPr="00172D36">
              <w:rPr>
                <w:b/>
                <w:lang w:val="ru-RU"/>
              </w:rPr>
              <w:t>Закрытая с</w:t>
            </w:r>
            <w:r w:rsidR="000E0DD2" w:rsidRPr="00172D36">
              <w:rPr>
                <w:b/>
                <w:lang w:val="ru-RU"/>
              </w:rPr>
              <w:t>тратегическая сессия «Отделение лучевой диагностики — 2026: регулирование, кадры, обучение и качество»</w:t>
            </w:r>
          </w:p>
        </w:tc>
      </w:tr>
      <w:tr w:rsidR="000E0DD2" w:rsidRPr="003B47E8" w14:paraId="550E66F5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36830" w14:textId="77777777" w:rsidR="000E0DD2" w:rsidRPr="00172D36" w:rsidRDefault="000E0DD2" w:rsidP="00307E4E">
            <w:pPr>
              <w:rPr>
                <w:lang w:val="ru-RU"/>
              </w:rPr>
            </w:pPr>
          </w:p>
        </w:tc>
        <w:tc>
          <w:tcPr>
            <w:tcW w:w="9072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0A81D" w14:textId="77777777" w:rsidR="000E0DD2" w:rsidRPr="00172D36" w:rsidRDefault="000E0DD2" w:rsidP="00307E4E">
            <w:pPr>
              <w:rPr>
                <w:lang w:val="ru-RU"/>
              </w:rPr>
            </w:pPr>
            <w:r w:rsidRPr="00172D36">
              <w:rPr>
                <w:b/>
                <w:sz w:val="18"/>
                <w:lang w:val="ru-RU"/>
              </w:rPr>
              <w:t>Модераторы:</w:t>
            </w:r>
            <w:r w:rsidRPr="00172D36">
              <w:rPr>
                <w:sz w:val="18"/>
                <w:lang w:val="ru-RU"/>
              </w:rPr>
              <w:br/>
              <w:t>Ледихова Наталья Владимировна, генеральный директор ООО «ТЕЛЕРАДЦ», исполнительный директор РОРР, Москва</w:t>
            </w:r>
            <w:r w:rsidRPr="00172D36">
              <w:rPr>
                <w:sz w:val="18"/>
                <w:lang w:val="ru-RU"/>
              </w:rPr>
              <w:br/>
            </w:r>
            <w:r w:rsidRPr="00172D36">
              <w:rPr>
                <w:sz w:val="18"/>
                <w:lang w:val="ru-RU"/>
              </w:rPr>
              <w:br/>
              <w:t xml:space="preserve">Юдин Алексей Евгеньевич, заведующий рентгенологическим отделением ГБУЗ «Самарская областная клиническая больница им. В.Д. </w:t>
            </w:r>
            <w:proofErr w:type="spellStart"/>
            <w:r w:rsidRPr="00172D36">
              <w:rPr>
                <w:sz w:val="18"/>
                <w:lang w:val="ru-RU"/>
              </w:rPr>
              <w:t>Середавина</w:t>
            </w:r>
            <w:proofErr w:type="spellEnd"/>
            <w:r w:rsidRPr="00172D36">
              <w:rPr>
                <w:sz w:val="18"/>
                <w:lang w:val="ru-RU"/>
              </w:rPr>
              <w:t>», главный внештатный специалист по лучевой и инструментальной диагностике в ПФО, Самара</w:t>
            </w:r>
            <w:r w:rsidRPr="00172D36">
              <w:rPr>
                <w:sz w:val="18"/>
                <w:lang w:val="ru-RU"/>
              </w:rPr>
              <w:br/>
            </w:r>
            <w:r w:rsidRPr="00172D36">
              <w:rPr>
                <w:sz w:val="18"/>
                <w:lang w:val="ru-RU"/>
              </w:rPr>
              <w:br/>
              <w:t xml:space="preserve">Капишников Александр Викторович, д.м.н., профессор, заведующий кафедрой лучевой диагностики и лучевой терапии с курсом медицинской информатики </w:t>
            </w:r>
            <w:proofErr w:type="spellStart"/>
            <w:r w:rsidRPr="00172D36">
              <w:rPr>
                <w:sz w:val="18"/>
                <w:lang w:val="ru-RU"/>
              </w:rPr>
              <w:t>СамГМУ</w:t>
            </w:r>
            <w:proofErr w:type="spellEnd"/>
            <w:r w:rsidRPr="00172D36">
              <w:rPr>
                <w:sz w:val="18"/>
                <w:lang w:val="ru-RU"/>
              </w:rPr>
              <w:t xml:space="preserve"> Минздрава России, Самара</w:t>
            </w:r>
            <w:r w:rsidRPr="00172D36">
              <w:rPr>
                <w:sz w:val="18"/>
                <w:lang w:val="ru-RU"/>
              </w:rPr>
              <w:br/>
            </w:r>
            <w:r w:rsidRPr="00172D36">
              <w:rPr>
                <w:sz w:val="18"/>
                <w:lang w:val="ru-RU"/>
              </w:rPr>
              <w:br/>
              <w:t>Сухова Марина Борисовна, д.м.н., профессор, и.о. заведующего кафедрой лучевой диагностики ПИМУ Минздрава России, Нижний Новгород</w:t>
            </w:r>
            <w:r w:rsidRPr="00172D36">
              <w:rPr>
                <w:sz w:val="18"/>
                <w:lang w:val="ru-RU"/>
              </w:rPr>
              <w:br/>
            </w:r>
            <w:r w:rsidRPr="00172D36">
              <w:rPr>
                <w:sz w:val="18"/>
                <w:lang w:val="ru-RU"/>
              </w:rPr>
              <w:br/>
            </w:r>
            <w:proofErr w:type="spellStart"/>
            <w:r w:rsidRPr="00172D36">
              <w:rPr>
                <w:sz w:val="18"/>
                <w:lang w:val="ru-RU"/>
              </w:rPr>
              <w:t>Чехонацкая</w:t>
            </w:r>
            <w:proofErr w:type="spellEnd"/>
            <w:r w:rsidRPr="00172D36">
              <w:rPr>
                <w:sz w:val="18"/>
                <w:lang w:val="ru-RU"/>
              </w:rPr>
              <w:t xml:space="preserve"> Марина Леонидовна, д.м.н., профессор, заведующий кафедрой лучевой диагностики им. профессора Н.Е. Штерна Саратовского ГМУ им. В.И. Разумовского Минздрава России, Саратов</w:t>
            </w:r>
            <w:r w:rsidRPr="00172D36">
              <w:rPr>
                <w:sz w:val="18"/>
                <w:lang w:val="ru-RU"/>
              </w:rPr>
              <w:br/>
            </w:r>
            <w:r w:rsidRPr="00172D36">
              <w:rPr>
                <w:sz w:val="18"/>
                <w:lang w:val="ru-RU"/>
              </w:rPr>
              <w:br/>
              <w:t>Тюрин Игорь Евгеньевич, д.м.н., профессор, главный внештатный специалист по лучевой и инструментальной диагностике Минздрава России, заведующий кафедрой рентгенологии и радиологии РМАНПО Минздрава России, Москва</w:t>
            </w:r>
            <w:r w:rsidRPr="00172D36">
              <w:rPr>
                <w:sz w:val="18"/>
                <w:lang w:val="ru-RU"/>
              </w:rPr>
              <w:br/>
            </w:r>
            <w:r w:rsidRPr="00172D36">
              <w:rPr>
                <w:sz w:val="18"/>
                <w:lang w:val="ru-RU"/>
              </w:rPr>
              <w:br/>
              <w:t>Синицын Валентин Евгеньевич, д.м.н., профессор, заведующий кафедрой лучевой диагностики и терапии факультета фундаментальной медицины МГУ им. М.В. Ломоносова, заведующий отделом лучевой диагностики МНОЦ МГУ, Президент РОРР, Москва</w:t>
            </w:r>
          </w:p>
        </w:tc>
      </w:tr>
      <w:tr w:rsidR="000E0DD2" w:rsidRPr="003B47E8" w14:paraId="34DBC808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099C0" w14:textId="77777777" w:rsidR="000E0DD2" w:rsidRPr="00172D36" w:rsidRDefault="000E0DD2" w:rsidP="00307E4E">
            <w:pPr>
              <w:jc w:val="center"/>
              <w:rPr>
                <w:b/>
                <w:sz w:val="18"/>
                <w:lang w:val="ru-RU"/>
              </w:rPr>
            </w:pPr>
            <w:r w:rsidRPr="00172D36">
              <w:rPr>
                <w:b/>
                <w:sz w:val="18"/>
                <w:lang w:val="ru-RU"/>
              </w:rPr>
              <w:t>15:30-15:</w:t>
            </w:r>
            <w:r w:rsidR="004F170C" w:rsidRPr="00172D36">
              <w:rPr>
                <w:b/>
                <w:sz w:val="18"/>
                <w:lang w:val="ru-RU"/>
              </w:rPr>
              <w:t>45</w:t>
            </w:r>
          </w:p>
        </w:tc>
        <w:tc>
          <w:tcPr>
            <w:tcW w:w="568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71EEF" w14:textId="77777777" w:rsidR="000E0DD2" w:rsidRPr="00172D36" w:rsidRDefault="000E0DD2" w:rsidP="00307E4E">
            <w:pPr>
              <w:rPr>
                <w:sz w:val="19"/>
                <w:lang w:val="ru-RU"/>
              </w:rPr>
            </w:pPr>
            <w:r w:rsidRPr="00172D36">
              <w:rPr>
                <w:sz w:val="19"/>
                <w:lang w:val="ru-RU"/>
              </w:rPr>
              <w:t>Роль главных внештатных специалистов в развитии службы лучевой и инструментальной диагностики: федеральный и региональный контур</w:t>
            </w:r>
          </w:p>
        </w:tc>
        <w:tc>
          <w:tcPr>
            <w:tcW w:w="338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A9BE7" w14:textId="77777777" w:rsidR="000E0DD2" w:rsidRPr="00172D36" w:rsidRDefault="000E0DD2" w:rsidP="00307E4E">
            <w:pPr>
              <w:rPr>
                <w:sz w:val="17"/>
                <w:lang w:val="ru-RU"/>
              </w:rPr>
            </w:pPr>
            <w:r w:rsidRPr="00172D36">
              <w:rPr>
                <w:sz w:val="17"/>
                <w:lang w:val="ru-RU"/>
              </w:rPr>
              <w:t>Тюрин Игорь Евгеньевич, д.м.н., профессор, главный внештатный специалист по лучевой и инструментальной диагностике Минздрава России, заведующий кафедрой рентгенологии и радиологии РМАНПО Минздрава России, Москва</w:t>
            </w:r>
          </w:p>
        </w:tc>
      </w:tr>
      <w:tr w:rsidR="000E0DD2" w:rsidRPr="003B47E8" w14:paraId="0EADAE2C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5AFF3" w14:textId="77777777" w:rsidR="000E0DD2" w:rsidRPr="00172D36" w:rsidRDefault="000E0DD2" w:rsidP="00307E4E">
            <w:pPr>
              <w:jc w:val="center"/>
              <w:rPr>
                <w:lang w:val="ru-RU"/>
              </w:rPr>
            </w:pPr>
            <w:r w:rsidRPr="00172D36">
              <w:rPr>
                <w:b/>
                <w:sz w:val="18"/>
              </w:rPr>
              <w:lastRenderedPageBreak/>
              <w:t>1</w:t>
            </w:r>
            <w:r w:rsidRPr="00172D36">
              <w:rPr>
                <w:b/>
                <w:sz w:val="18"/>
                <w:lang w:val="ru-RU"/>
              </w:rPr>
              <w:t>5</w:t>
            </w:r>
            <w:r w:rsidRPr="00172D36">
              <w:rPr>
                <w:b/>
                <w:sz w:val="18"/>
              </w:rPr>
              <w:t>:</w:t>
            </w:r>
            <w:r w:rsidR="004F170C" w:rsidRPr="00172D36">
              <w:rPr>
                <w:b/>
                <w:sz w:val="18"/>
                <w:lang w:val="ru-RU"/>
              </w:rPr>
              <w:t>45</w:t>
            </w:r>
            <w:r w:rsidRPr="00172D36">
              <w:rPr>
                <w:b/>
                <w:sz w:val="18"/>
              </w:rPr>
              <w:t>–1</w:t>
            </w:r>
            <w:r w:rsidRPr="00172D36">
              <w:rPr>
                <w:b/>
                <w:sz w:val="18"/>
                <w:lang w:val="ru-RU"/>
              </w:rPr>
              <w:t>6</w:t>
            </w:r>
            <w:r w:rsidRPr="00172D36">
              <w:rPr>
                <w:b/>
                <w:sz w:val="18"/>
              </w:rPr>
              <w:t>:</w:t>
            </w:r>
            <w:r w:rsidR="004F170C" w:rsidRPr="00172D36">
              <w:rPr>
                <w:b/>
                <w:sz w:val="18"/>
                <w:lang w:val="ru-RU"/>
              </w:rPr>
              <w:t>00</w:t>
            </w:r>
          </w:p>
        </w:tc>
        <w:tc>
          <w:tcPr>
            <w:tcW w:w="568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BDD55" w14:textId="77777777" w:rsidR="000E0DD2" w:rsidRPr="00172D36" w:rsidRDefault="000E0DD2" w:rsidP="00307E4E">
            <w:pPr>
              <w:rPr>
                <w:lang w:val="ru-RU"/>
              </w:rPr>
            </w:pPr>
            <w:r w:rsidRPr="00172D36">
              <w:rPr>
                <w:sz w:val="19"/>
                <w:lang w:val="ru-RU"/>
              </w:rPr>
              <w:t>Приказ Минздрава России № 359н: карта обязательных изменений в работе отделения лучевой диагностики</w:t>
            </w:r>
          </w:p>
        </w:tc>
        <w:tc>
          <w:tcPr>
            <w:tcW w:w="338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700FD" w14:textId="77777777" w:rsidR="000E0DD2" w:rsidRPr="00172D36" w:rsidRDefault="000E0DD2" w:rsidP="00307E4E">
            <w:pPr>
              <w:rPr>
                <w:lang w:val="ru-RU"/>
              </w:rPr>
            </w:pPr>
            <w:r w:rsidRPr="00172D36">
              <w:rPr>
                <w:sz w:val="17"/>
                <w:lang w:val="ru-RU"/>
              </w:rPr>
              <w:t>Ледихова Наталья Владимировна, генеральный директор ООО «ТЕЛЕРАДЦ», исполнительный директор РОРР, Москва</w:t>
            </w:r>
          </w:p>
        </w:tc>
      </w:tr>
      <w:tr w:rsidR="000E0DD2" w:rsidRPr="003B47E8" w14:paraId="6901142D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F93AB" w14:textId="77777777" w:rsidR="000E0DD2" w:rsidRPr="00172D36" w:rsidRDefault="000E0DD2" w:rsidP="00307E4E">
            <w:pPr>
              <w:jc w:val="center"/>
              <w:rPr>
                <w:lang w:val="ru-RU"/>
              </w:rPr>
            </w:pPr>
            <w:r w:rsidRPr="00172D36">
              <w:rPr>
                <w:b/>
                <w:sz w:val="18"/>
                <w:lang w:val="ru-RU"/>
              </w:rPr>
              <w:t>16:</w:t>
            </w:r>
            <w:r w:rsidR="004F170C" w:rsidRPr="00172D36">
              <w:rPr>
                <w:b/>
                <w:sz w:val="18"/>
                <w:lang w:val="ru-RU"/>
              </w:rPr>
              <w:t>0</w:t>
            </w:r>
            <w:r w:rsidRPr="00172D36">
              <w:rPr>
                <w:b/>
                <w:sz w:val="18"/>
                <w:lang w:val="ru-RU"/>
              </w:rPr>
              <w:t>0</w:t>
            </w:r>
            <w:r w:rsidRPr="00172D36">
              <w:rPr>
                <w:b/>
                <w:sz w:val="18"/>
              </w:rPr>
              <w:t>–1</w:t>
            </w:r>
            <w:r w:rsidRPr="00172D36">
              <w:rPr>
                <w:b/>
                <w:sz w:val="18"/>
                <w:lang w:val="ru-RU"/>
              </w:rPr>
              <w:t>6</w:t>
            </w:r>
            <w:r w:rsidRPr="00172D36">
              <w:rPr>
                <w:b/>
                <w:sz w:val="18"/>
              </w:rPr>
              <w:t>:</w:t>
            </w:r>
            <w:r w:rsidR="004F170C" w:rsidRPr="00172D36">
              <w:rPr>
                <w:b/>
                <w:sz w:val="18"/>
                <w:lang w:val="ru-RU"/>
              </w:rPr>
              <w:t>2</w:t>
            </w:r>
            <w:r w:rsidRPr="00172D36">
              <w:rPr>
                <w:b/>
                <w:sz w:val="18"/>
                <w:lang w:val="ru-RU"/>
              </w:rPr>
              <w:t>0</w:t>
            </w:r>
          </w:p>
        </w:tc>
        <w:tc>
          <w:tcPr>
            <w:tcW w:w="568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0DE1C" w14:textId="77777777" w:rsidR="000E0DD2" w:rsidRPr="00172D36" w:rsidRDefault="000E0DD2" w:rsidP="00307E4E">
            <w:pPr>
              <w:rPr>
                <w:lang w:val="ru-RU"/>
              </w:rPr>
            </w:pPr>
            <w:r w:rsidRPr="00172D36">
              <w:rPr>
                <w:sz w:val="19"/>
                <w:lang w:val="ru-RU"/>
              </w:rPr>
              <w:t>Форма федерального статистического наблюдения № 30 и управленческие показатели службы лучевой диагностики: как обеспечить корректный учёт и сопоставимость данных</w:t>
            </w:r>
          </w:p>
        </w:tc>
        <w:tc>
          <w:tcPr>
            <w:tcW w:w="338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5D3F5" w14:textId="77777777" w:rsidR="000E0DD2" w:rsidRPr="00172D36" w:rsidRDefault="000E0DD2" w:rsidP="00307E4E">
            <w:pPr>
              <w:rPr>
                <w:lang w:val="ru-RU"/>
              </w:rPr>
            </w:pPr>
            <w:r w:rsidRPr="00172D36">
              <w:rPr>
                <w:sz w:val="17"/>
                <w:lang w:val="ru-RU"/>
              </w:rPr>
              <w:t xml:space="preserve">Юдин Алексей Евгеньевич, заведующий рентгенологическим отделением ГБУЗ «Самарская областная клиническая больница им. В.Д. </w:t>
            </w:r>
            <w:proofErr w:type="spellStart"/>
            <w:r w:rsidRPr="00172D36">
              <w:rPr>
                <w:sz w:val="17"/>
                <w:lang w:val="ru-RU"/>
              </w:rPr>
              <w:t>Середавина</w:t>
            </w:r>
            <w:proofErr w:type="spellEnd"/>
            <w:r w:rsidRPr="00172D36">
              <w:rPr>
                <w:sz w:val="17"/>
                <w:lang w:val="ru-RU"/>
              </w:rPr>
              <w:t xml:space="preserve"> главный внештатный специалист по лучевой и инструментальной диагностике в ПФО, Самара</w:t>
            </w:r>
          </w:p>
        </w:tc>
      </w:tr>
      <w:tr w:rsidR="000E0DD2" w:rsidRPr="003B47E8" w14:paraId="6A2B56D5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FE8B3" w14:textId="77777777" w:rsidR="000E0DD2" w:rsidRPr="00172D36" w:rsidRDefault="000E0DD2" w:rsidP="00307E4E">
            <w:pPr>
              <w:jc w:val="center"/>
              <w:rPr>
                <w:lang w:val="ru-RU"/>
              </w:rPr>
            </w:pPr>
            <w:r w:rsidRPr="00172D36">
              <w:rPr>
                <w:b/>
                <w:sz w:val="18"/>
              </w:rPr>
              <w:t>1</w:t>
            </w:r>
            <w:r w:rsidRPr="00172D36">
              <w:rPr>
                <w:b/>
                <w:sz w:val="18"/>
                <w:lang w:val="ru-RU"/>
              </w:rPr>
              <w:t>6</w:t>
            </w:r>
            <w:r w:rsidRPr="00172D36">
              <w:rPr>
                <w:b/>
                <w:sz w:val="18"/>
              </w:rPr>
              <w:t>:</w:t>
            </w:r>
            <w:r w:rsidR="004F170C" w:rsidRPr="00172D36">
              <w:rPr>
                <w:b/>
                <w:sz w:val="18"/>
                <w:lang w:val="ru-RU"/>
              </w:rPr>
              <w:t>2</w:t>
            </w:r>
            <w:r w:rsidRPr="00172D36">
              <w:rPr>
                <w:b/>
                <w:sz w:val="18"/>
                <w:lang w:val="ru-RU"/>
              </w:rPr>
              <w:t>0</w:t>
            </w:r>
            <w:r w:rsidRPr="00172D36">
              <w:rPr>
                <w:b/>
                <w:sz w:val="18"/>
              </w:rPr>
              <w:t>–1</w:t>
            </w:r>
            <w:r w:rsidRPr="00172D36">
              <w:rPr>
                <w:b/>
                <w:sz w:val="18"/>
                <w:lang w:val="ru-RU"/>
              </w:rPr>
              <w:t>6</w:t>
            </w:r>
            <w:r w:rsidRPr="00172D36">
              <w:rPr>
                <w:b/>
                <w:sz w:val="18"/>
              </w:rPr>
              <w:t>:</w:t>
            </w:r>
            <w:r w:rsidR="004F170C" w:rsidRPr="00172D36">
              <w:rPr>
                <w:b/>
                <w:sz w:val="18"/>
                <w:lang w:val="ru-RU"/>
              </w:rPr>
              <w:t>35</w:t>
            </w:r>
          </w:p>
        </w:tc>
        <w:tc>
          <w:tcPr>
            <w:tcW w:w="568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F1085" w14:textId="77777777" w:rsidR="000E0DD2" w:rsidRPr="00172D36" w:rsidRDefault="000E0DD2" w:rsidP="00307E4E">
            <w:pPr>
              <w:rPr>
                <w:lang w:val="ru-RU"/>
              </w:rPr>
            </w:pPr>
            <w:r w:rsidRPr="00172D36">
              <w:rPr>
                <w:sz w:val="19"/>
                <w:lang w:val="ru-RU"/>
              </w:rPr>
              <w:t>Подготовка врача-рентгенолога в модели «кафедра — клиническая база — работодатель»: задачи и зоны ответственности</w:t>
            </w:r>
          </w:p>
        </w:tc>
        <w:tc>
          <w:tcPr>
            <w:tcW w:w="338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96A99" w14:textId="77777777" w:rsidR="000E0DD2" w:rsidRPr="00172D36" w:rsidRDefault="000E0DD2" w:rsidP="00307E4E">
            <w:pPr>
              <w:rPr>
                <w:lang w:val="ru-RU"/>
              </w:rPr>
            </w:pPr>
            <w:r w:rsidRPr="00172D36">
              <w:rPr>
                <w:sz w:val="17"/>
                <w:lang w:val="ru-RU"/>
              </w:rPr>
              <w:t xml:space="preserve">Капишников Александр Викторович, д.м.н., профессор, заведующий кафедрой лучевой диагностики и лучевой терапии с курсом медицинской информатики </w:t>
            </w:r>
            <w:proofErr w:type="spellStart"/>
            <w:r w:rsidRPr="00172D36">
              <w:rPr>
                <w:sz w:val="17"/>
                <w:lang w:val="ru-RU"/>
              </w:rPr>
              <w:t>СамГМУ</w:t>
            </w:r>
            <w:proofErr w:type="spellEnd"/>
            <w:r w:rsidRPr="00172D36">
              <w:rPr>
                <w:sz w:val="17"/>
                <w:lang w:val="ru-RU"/>
              </w:rPr>
              <w:t xml:space="preserve"> Минздрава России, Самара</w:t>
            </w:r>
          </w:p>
        </w:tc>
      </w:tr>
      <w:tr w:rsidR="000E0DD2" w:rsidRPr="00172D36" w14:paraId="5E2C4AEB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F0EC2" w14:textId="77777777" w:rsidR="000E0DD2" w:rsidRPr="00172D36" w:rsidRDefault="000E0DD2" w:rsidP="00307E4E">
            <w:pPr>
              <w:jc w:val="center"/>
              <w:rPr>
                <w:lang w:val="ru-RU"/>
              </w:rPr>
            </w:pPr>
            <w:r w:rsidRPr="00172D36">
              <w:rPr>
                <w:b/>
                <w:sz w:val="18"/>
              </w:rPr>
              <w:t>1</w:t>
            </w:r>
            <w:r w:rsidRPr="00172D36">
              <w:rPr>
                <w:b/>
                <w:sz w:val="18"/>
                <w:lang w:val="ru-RU"/>
              </w:rPr>
              <w:t>6</w:t>
            </w:r>
            <w:r w:rsidRPr="00172D36">
              <w:rPr>
                <w:b/>
                <w:sz w:val="18"/>
              </w:rPr>
              <w:t>:</w:t>
            </w:r>
            <w:r w:rsidR="004F170C" w:rsidRPr="00172D36">
              <w:rPr>
                <w:b/>
                <w:sz w:val="18"/>
                <w:lang w:val="ru-RU"/>
              </w:rPr>
              <w:t>35</w:t>
            </w:r>
            <w:r w:rsidRPr="00172D36">
              <w:rPr>
                <w:b/>
                <w:sz w:val="18"/>
              </w:rPr>
              <w:t>–1</w:t>
            </w:r>
            <w:r w:rsidR="004F170C" w:rsidRPr="00172D36">
              <w:rPr>
                <w:b/>
                <w:sz w:val="18"/>
                <w:lang w:val="ru-RU"/>
              </w:rPr>
              <w:t>6</w:t>
            </w:r>
            <w:r w:rsidRPr="00172D36">
              <w:rPr>
                <w:b/>
                <w:sz w:val="18"/>
              </w:rPr>
              <w:t>:</w:t>
            </w:r>
            <w:r w:rsidR="004F170C" w:rsidRPr="00172D36">
              <w:rPr>
                <w:b/>
                <w:sz w:val="18"/>
                <w:lang w:val="ru-RU"/>
              </w:rPr>
              <w:t>50</w:t>
            </w:r>
          </w:p>
        </w:tc>
        <w:tc>
          <w:tcPr>
            <w:tcW w:w="568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5F91A" w14:textId="77777777" w:rsidR="000E0DD2" w:rsidRPr="00172D36" w:rsidRDefault="000E0DD2" w:rsidP="00307E4E">
            <w:pPr>
              <w:rPr>
                <w:lang w:val="ru-RU"/>
              </w:rPr>
            </w:pPr>
            <w:r w:rsidRPr="00172D36">
              <w:rPr>
                <w:sz w:val="19"/>
                <w:lang w:val="ru-RU"/>
              </w:rPr>
              <w:t>Непрерывное профессиональное развитие рентгенолога в регионе: компетенции, наставничество и оценка результатов обучения</w:t>
            </w:r>
          </w:p>
        </w:tc>
        <w:tc>
          <w:tcPr>
            <w:tcW w:w="338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21F02" w14:textId="77777777" w:rsidR="000E0DD2" w:rsidRPr="00172D36" w:rsidRDefault="000E0DD2" w:rsidP="00307E4E">
            <w:proofErr w:type="spellStart"/>
            <w:r w:rsidRPr="00172D36">
              <w:rPr>
                <w:sz w:val="17"/>
                <w:lang w:val="ru-RU"/>
              </w:rPr>
              <w:t>Чехонацкая</w:t>
            </w:r>
            <w:proofErr w:type="spellEnd"/>
            <w:r w:rsidRPr="00172D36">
              <w:rPr>
                <w:sz w:val="17"/>
                <w:lang w:val="ru-RU"/>
              </w:rPr>
              <w:t xml:space="preserve"> Марина Леонидовна, д.м.н., профессор, заведующий кафедрой лучевой диагностики им. профессора Н.Е. Штерна Саратовского ГМУ им. </w:t>
            </w:r>
            <w:r w:rsidRPr="00172D36">
              <w:rPr>
                <w:sz w:val="17"/>
              </w:rPr>
              <w:t xml:space="preserve">В.И. </w:t>
            </w:r>
            <w:proofErr w:type="spellStart"/>
            <w:r w:rsidRPr="00172D36">
              <w:rPr>
                <w:sz w:val="17"/>
              </w:rPr>
              <w:t>Разумовского</w:t>
            </w:r>
            <w:proofErr w:type="spellEnd"/>
            <w:r w:rsidRPr="00172D36">
              <w:rPr>
                <w:sz w:val="17"/>
              </w:rPr>
              <w:t xml:space="preserve"> </w:t>
            </w:r>
            <w:proofErr w:type="spellStart"/>
            <w:r w:rsidRPr="00172D36">
              <w:rPr>
                <w:sz w:val="17"/>
              </w:rPr>
              <w:t>Минздрава</w:t>
            </w:r>
            <w:proofErr w:type="spellEnd"/>
            <w:r w:rsidRPr="00172D36">
              <w:rPr>
                <w:sz w:val="17"/>
              </w:rPr>
              <w:t xml:space="preserve"> </w:t>
            </w:r>
            <w:proofErr w:type="spellStart"/>
            <w:r w:rsidRPr="00172D36">
              <w:rPr>
                <w:sz w:val="17"/>
              </w:rPr>
              <w:t>России</w:t>
            </w:r>
            <w:proofErr w:type="spellEnd"/>
            <w:r w:rsidRPr="00172D36">
              <w:rPr>
                <w:sz w:val="17"/>
              </w:rPr>
              <w:t xml:space="preserve">, </w:t>
            </w:r>
            <w:proofErr w:type="spellStart"/>
            <w:r w:rsidRPr="00172D36">
              <w:rPr>
                <w:sz w:val="17"/>
              </w:rPr>
              <w:t>Саратов</w:t>
            </w:r>
            <w:proofErr w:type="spellEnd"/>
          </w:p>
        </w:tc>
      </w:tr>
      <w:tr w:rsidR="000E0DD2" w:rsidRPr="003B47E8" w14:paraId="5CB7BF3B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3063D" w14:textId="77777777" w:rsidR="000E0DD2" w:rsidRPr="00172D36" w:rsidRDefault="000E0DD2" w:rsidP="00307E4E">
            <w:pPr>
              <w:jc w:val="center"/>
              <w:rPr>
                <w:lang w:val="ru-RU"/>
              </w:rPr>
            </w:pPr>
            <w:r w:rsidRPr="00172D36">
              <w:rPr>
                <w:b/>
                <w:sz w:val="18"/>
              </w:rPr>
              <w:t>1</w:t>
            </w:r>
            <w:r w:rsidR="004F170C" w:rsidRPr="00172D36">
              <w:rPr>
                <w:b/>
                <w:sz w:val="18"/>
                <w:lang w:val="ru-RU"/>
              </w:rPr>
              <w:t>6</w:t>
            </w:r>
            <w:r w:rsidRPr="00172D36">
              <w:rPr>
                <w:b/>
                <w:sz w:val="18"/>
              </w:rPr>
              <w:t>:</w:t>
            </w:r>
            <w:r w:rsidR="004F170C" w:rsidRPr="00172D36">
              <w:rPr>
                <w:b/>
                <w:sz w:val="18"/>
                <w:lang w:val="ru-RU"/>
              </w:rPr>
              <w:t>50</w:t>
            </w:r>
            <w:r w:rsidRPr="00172D36">
              <w:rPr>
                <w:b/>
                <w:sz w:val="18"/>
              </w:rPr>
              <w:t>–1</w:t>
            </w:r>
            <w:r w:rsidR="004F170C" w:rsidRPr="00172D36">
              <w:rPr>
                <w:b/>
                <w:sz w:val="18"/>
                <w:lang w:val="ru-RU"/>
              </w:rPr>
              <w:t>7</w:t>
            </w:r>
            <w:r w:rsidRPr="00172D36">
              <w:rPr>
                <w:b/>
                <w:sz w:val="18"/>
              </w:rPr>
              <w:t>:</w:t>
            </w:r>
            <w:r w:rsidR="004F170C" w:rsidRPr="00172D36">
              <w:rPr>
                <w:b/>
                <w:sz w:val="18"/>
                <w:lang w:val="ru-RU"/>
              </w:rPr>
              <w:t>05</w:t>
            </w:r>
          </w:p>
        </w:tc>
        <w:tc>
          <w:tcPr>
            <w:tcW w:w="568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34F70" w14:textId="77777777" w:rsidR="000E0DD2" w:rsidRPr="00172D36" w:rsidRDefault="000E0DD2" w:rsidP="00307E4E">
            <w:pPr>
              <w:rPr>
                <w:lang w:val="ru-RU"/>
              </w:rPr>
            </w:pPr>
            <w:r w:rsidRPr="00172D36">
              <w:rPr>
                <w:sz w:val="19"/>
                <w:lang w:val="ru-RU"/>
              </w:rPr>
              <w:t>Новые образовательные технологии в подготовке рентгенологов: обучение на клинических случаях, симуляция и профессиональные игры</w:t>
            </w:r>
          </w:p>
        </w:tc>
        <w:tc>
          <w:tcPr>
            <w:tcW w:w="338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B7080" w14:textId="77777777" w:rsidR="000E0DD2" w:rsidRPr="00172D36" w:rsidRDefault="000E0DD2" w:rsidP="00307E4E">
            <w:pPr>
              <w:rPr>
                <w:lang w:val="ru-RU"/>
              </w:rPr>
            </w:pPr>
            <w:r w:rsidRPr="00172D36">
              <w:rPr>
                <w:sz w:val="17"/>
                <w:lang w:val="ru-RU"/>
              </w:rPr>
              <w:t>Сухова Марина Борисовна, д.м.н., профессор, и.о. заведующего кафедрой лучевой диагностики ПИМУ Минздрава России, Нижний Новгород</w:t>
            </w:r>
          </w:p>
        </w:tc>
      </w:tr>
      <w:tr w:rsidR="000E0DD2" w:rsidRPr="003B47E8" w14:paraId="7DAA34AB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02762" w14:textId="77777777" w:rsidR="000E0DD2" w:rsidRPr="00172D36" w:rsidRDefault="000E0DD2" w:rsidP="00307E4E">
            <w:pPr>
              <w:jc w:val="center"/>
              <w:rPr>
                <w:lang w:val="ru-RU"/>
              </w:rPr>
            </w:pPr>
            <w:r w:rsidRPr="00172D36">
              <w:rPr>
                <w:b/>
                <w:sz w:val="18"/>
              </w:rPr>
              <w:t>1</w:t>
            </w:r>
            <w:r w:rsidR="004F170C" w:rsidRPr="00172D36">
              <w:rPr>
                <w:b/>
                <w:sz w:val="18"/>
                <w:lang w:val="ru-RU"/>
              </w:rPr>
              <w:t>7</w:t>
            </w:r>
            <w:r w:rsidRPr="00172D36">
              <w:rPr>
                <w:b/>
                <w:sz w:val="18"/>
              </w:rPr>
              <w:t>:</w:t>
            </w:r>
            <w:r w:rsidR="004F170C" w:rsidRPr="00172D36">
              <w:rPr>
                <w:b/>
                <w:sz w:val="18"/>
                <w:lang w:val="ru-RU"/>
              </w:rPr>
              <w:t>05</w:t>
            </w:r>
            <w:r w:rsidRPr="00172D36">
              <w:rPr>
                <w:b/>
                <w:sz w:val="18"/>
              </w:rPr>
              <w:t>–1</w:t>
            </w:r>
            <w:r w:rsidR="004F170C" w:rsidRPr="00172D36">
              <w:rPr>
                <w:b/>
                <w:sz w:val="18"/>
                <w:lang w:val="ru-RU"/>
              </w:rPr>
              <w:t>7</w:t>
            </w:r>
            <w:r w:rsidRPr="00172D36">
              <w:rPr>
                <w:b/>
                <w:sz w:val="18"/>
              </w:rPr>
              <w:t>:</w:t>
            </w:r>
            <w:r w:rsidR="004F170C" w:rsidRPr="00172D36">
              <w:rPr>
                <w:b/>
                <w:sz w:val="18"/>
                <w:lang w:val="ru-RU"/>
              </w:rPr>
              <w:t>25</w:t>
            </w:r>
          </w:p>
        </w:tc>
        <w:tc>
          <w:tcPr>
            <w:tcW w:w="568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39220" w14:textId="77777777" w:rsidR="000E0DD2" w:rsidRPr="00172D36" w:rsidRDefault="000E0DD2" w:rsidP="00307E4E">
            <w:pPr>
              <w:rPr>
                <w:lang w:val="ru-RU"/>
              </w:rPr>
            </w:pPr>
            <w:r w:rsidRPr="00172D36">
              <w:rPr>
                <w:sz w:val="19"/>
                <w:lang w:val="ru-RU"/>
              </w:rPr>
              <w:t>Внутренний контроль качества в ОЛД: показатели, аудит, разбор ошибок и корректирующие действия</w:t>
            </w:r>
          </w:p>
        </w:tc>
        <w:tc>
          <w:tcPr>
            <w:tcW w:w="338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99FF4" w14:textId="77777777" w:rsidR="000E0DD2" w:rsidRPr="00172D36" w:rsidRDefault="000E0DD2" w:rsidP="00307E4E">
            <w:pPr>
              <w:rPr>
                <w:lang w:val="ru-RU"/>
              </w:rPr>
            </w:pPr>
            <w:r w:rsidRPr="00172D36">
              <w:rPr>
                <w:sz w:val="17"/>
                <w:lang w:val="ru-RU"/>
              </w:rPr>
              <w:t>Ледихова Наталья Владимировна, генеральный директор ООО «ТЕЛЕРАДЦ», исполнительный директор РОРР, Москва</w:t>
            </w:r>
          </w:p>
        </w:tc>
      </w:tr>
      <w:tr w:rsidR="000E0DD2" w:rsidRPr="003B47E8" w14:paraId="3B0D0A36" w14:textId="77777777" w:rsidTr="000E0DD2">
        <w:trPr>
          <w:cantSplit/>
          <w:jc w:val="center"/>
        </w:trPr>
        <w:tc>
          <w:tcPr>
            <w:tcW w:w="1701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38CF2" w14:textId="77777777" w:rsidR="000E0DD2" w:rsidRPr="00172D36" w:rsidRDefault="000E0DD2" w:rsidP="00307E4E">
            <w:pPr>
              <w:jc w:val="center"/>
              <w:rPr>
                <w:lang w:val="ru-RU"/>
              </w:rPr>
            </w:pPr>
            <w:r w:rsidRPr="00172D36">
              <w:rPr>
                <w:b/>
                <w:sz w:val="19"/>
              </w:rPr>
              <w:t>1</w:t>
            </w:r>
            <w:r w:rsidR="004F170C" w:rsidRPr="00172D36">
              <w:rPr>
                <w:b/>
                <w:sz w:val="19"/>
                <w:lang w:val="ru-RU"/>
              </w:rPr>
              <w:t>7</w:t>
            </w:r>
            <w:r w:rsidRPr="00172D36">
              <w:rPr>
                <w:b/>
                <w:sz w:val="19"/>
              </w:rPr>
              <w:t>:</w:t>
            </w:r>
            <w:r w:rsidR="004F170C" w:rsidRPr="00172D36">
              <w:rPr>
                <w:b/>
                <w:sz w:val="19"/>
                <w:lang w:val="ru-RU"/>
              </w:rPr>
              <w:t>25</w:t>
            </w:r>
            <w:r w:rsidRPr="00172D36">
              <w:rPr>
                <w:b/>
                <w:sz w:val="19"/>
              </w:rPr>
              <w:t>–1</w:t>
            </w:r>
            <w:r w:rsidR="004F170C" w:rsidRPr="00172D36">
              <w:rPr>
                <w:b/>
                <w:sz w:val="19"/>
                <w:lang w:val="ru-RU"/>
              </w:rPr>
              <w:t>8</w:t>
            </w:r>
            <w:r w:rsidRPr="00172D36">
              <w:rPr>
                <w:b/>
                <w:sz w:val="19"/>
              </w:rPr>
              <w:t>:</w:t>
            </w:r>
            <w:r w:rsidR="004F170C" w:rsidRPr="00172D36">
              <w:rPr>
                <w:b/>
                <w:sz w:val="19"/>
                <w:lang w:val="ru-RU"/>
              </w:rPr>
              <w:t>00</w:t>
            </w:r>
          </w:p>
        </w:tc>
        <w:tc>
          <w:tcPr>
            <w:tcW w:w="9072" w:type="dxa"/>
            <w:gridSpan w:val="3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2C71A" w14:textId="77777777" w:rsidR="000E0DD2" w:rsidRPr="00172D36" w:rsidRDefault="000E0DD2" w:rsidP="00307E4E">
            <w:pPr>
              <w:rPr>
                <w:lang w:val="ru-RU"/>
              </w:rPr>
            </w:pPr>
            <w:r w:rsidRPr="00172D36">
              <w:rPr>
                <w:b/>
                <w:lang w:val="ru-RU"/>
              </w:rPr>
              <w:t>Закрытая рабочая дискуссия заведующих ОЛД и главных внештатных специалистов Поволжья</w:t>
            </w:r>
          </w:p>
        </w:tc>
      </w:tr>
      <w:tr w:rsidR="000E0DD2" w:rsidRPr="003B47E8" w14:paraId="105626D4" w14:textId="77777777" w:rsidTr="000E0DD2">
        <w:trPr>
          <w:cantSplit/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D8451" w14:textId="77777777" w:rsidR="000E0DD2" w:rsidRPr="00172D36" w:rsidRDefault="000E0DD2" w:rsidP="00307E4E">
            <w:pPr>
              <w:rPr>
                <w:lang w:val="ru-RU"/>
              </w:rPr>
            </w:pPr>
          </w:p>
        </w:tc>
        <w:tc>
          <w:tcPr>
            <w:tcW w:w="9072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A1B4C" w14:textId="77777777" w:rsidR="000E0DD2" w:rsidRPr="00172D36" w:rsidRDefault="000E0DD2" w:rsidP="00307E4E">
            <w:pPr>
              <w:rPr>
                <w:lang w:val="ru-RU"/>
              </w:rPr>
            </w:pPr>
            <w:r w:rsidRPr="00172D36">
              <w:rPr>
                <w:b/>
                <w:sz w:val="18"/>
                <w:lang w:val="ru-RU"/>
              </w:rPr>
              <w:t>Модераторы:</w:t>
            </w:r>
            <w:r w:rsidRPr="00172D36">
              <w:rPr>
                <w:sz w:val="18"/>
                <w:lang w:val="ru-RU"/>
              </w:rPr>
              <w:br/>
              <w:t xml:space="preserve">Ледихова Наталья Владимировна; Юдин Алексей Евгеньевич; Капишников Александр Викторович; Сухова Марина Борисовна; </w:t>
            </w:r>
            <w:proofErr w:type="spellStart"/>
            <w:r w:rsidRPr="00172D36">
              <w:rPr>
                <w:sz w:val="18"/>
                <w:lang w:val="ru-RU"/>
              </w:rPr>
              <w:t>Чехонацкая</w:t>
            </w:r>
            <w:proofErr w:type="spellEnd"/>
            <w:r w:rsidRPr="00172D36">
              <w:rPr>
                <w:sz w:val="18"/>
                <w:lang w:val="ru-RU"/>
              </w:rPr>
              <w:t xml:space="preserve"> Марина Леонидовна; Тюрин Игорь Евгеньевич; Синицын Валентин Евгеньевич</w:t>
            </w:r>
            <w:r w:rsidRPr="00172D36">
              <w:rPr>
                <w:sz w:val="18"/>
                <w:lang w:val="ru-RU"/>
              </w:rPr>
              <w:br/>
            </w:r>
            <w:r w:rsidRPr="00172D36">
              <w:rPr>
                <w:sz w:val="18"/>
                <w:lang w:val="ru-RU"/>
              </w:rPr>
              <w:br/>
              <w:t>Вопросы для обсуждения:</w:t>
            </w:r>
            <w:r w:rsidRPr="00172D36">
              <w:rPr>
                <w:sz w:val="18"/>
                <w:lang w:val="ru-RU"/>
              </w:rPr>
              <w:br/>
              <w:t>• практическое внедрение приказа № 359н;</w:t>
            </w:r>
            <w:r w:rsidRPr="00172D36">
              <w:rPr>
                <w:sz w:val="18"/>
                <w:lang w:val="ru-RU"/>
              </w:rPr>
              <w:br/>
              <w:t>• кадровый дефицит, целевая подготовка и наставничество;</w:t>
            </w:r>
            <w:r w:rsidRPr="00172D36">
              <w:rPr>
                <w:sz w:val="18"/>
                <w:lang w:val="ru-RU"/>
              </w:rPr>
              <w:br/>
              <w:t>• корректность формы № 30 и единые показатели деятельности ОЛД;</w:t>
            </w:r>
            <w:r w:rsidRPr="00172D36">
              <w:rPr>
                <w:sz w:val="18"/>
                <w:lang w:val="ru-RU"/>
              </w:rPr>
              <w:br/>
              <w:t>• стандартизация протоколов и внутренний контроль качества;</w:t>
            </w:r>
            <w:r w:rsidRPr="00172D36">
              <w:rPr>
                <w:sz w:val="18"/>
                <w:lang w:val="ru-RU"/>
              </w:rPr>
              <w:br/>
              <w:t>• взаимодействие ОЛД с клиническими подразделениями;</w:t>
            </w:r>
            <w:r w:rsidRPr="00172D36">
              <w:rPr>
                <w:sz w:val="18"/>
                <w:lang w:val="ru-RU"/>
              </w:rPr>
              <w:br/>
              <w:t xml:space="preserve">• использование </w:t>
            </w:r>
            <w:proofErr w:type="spellStart"/>
            <w:r w:rsidRPr="00172D36">
              <w:rPr>
                <w:sz w:val="18"/>
                <w:lang w:val="ru-RU"/>
              </w:rPr>
              <w:t>телерадиологии</w:t>
            </w:r>
            <w:proofErr w:type="spellEnd"/>
            <w:r w:rsidRPr="00172D36">
              <w:rPr>
                <w:sz w:val="18"/>
                <w:lang w:val="ru-RU"/>
              </w:rPr>
              <w:t xml:space="preserve"> и </w:t>
            </w:r>
            <w:proofErr w:type="spellStart"/>
            <w:r w:rsidRPr="00172D36">
              <w:rPr>
                <w:sz w:val="18"/>
                <w:lang w:val="ru-RU"/>
              </w:rPr>
              <w:t>межучрежденческой</w:t>
            </w:r>
            <w:proofErr w:type="spellEnd"/>
            <w:r w:rsidRPr="00172D36">
              <w:rPr>
                <w:sz w:val="18"/>
                <w:lang w:val="ru-RU"/>
              </w:rPr>
              <w:t xml:space="preserve"> кооперации;</w:t>
            </w:r>
            <w:r w:rsidRPr="00172D36">
              <w:rPr>
                <w:sz w:val="18"/>
                <w:lang w:val="ru-RU"/>
              </w:rPr>
              <w:br/>
              <w:t>• проект резолюции и перечень совместных инициатив регионов Поволжья.</w:t>
            </w:r>
          </w:p>
        </w:tc>
      </w:tr>
      <w:tr w:rsidR="000E0DD2" w:rsidRPr="003B47E8" w14:paraId="45EB2FAC" w14:textId="77777777" w:rsidTr="000E0DD2">
        <w:trPr>
          <w:cantSplit/>
          <w:jc w:val="center"/>
        </w:trPr>
        <w:tc>
          <w:tcPr>
            <w:tcW w:w="1701" w:type="dxa"/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C3C00" w14:textId="77777777" w:rsidR="000E0DD2" w:rsidRPr="00172D36" w:rsidRDefault="000E0DD2" w:rsidP="00307E4E">
            <w:pPr>
              <w:jc w:val="center"/>
              <w:rPr>
                <w:lang w:val="ru-RU"/>
              </w:rPr>
            </w:pPr>
            <w:r w:rsidRPr="00172D36">
              <w:rPr>
                <w:b/>
                <w:sz w:val="18"/>
              </w:rPr>
              <w:t>1</w:t>
            </w:r>
            <w:r w:rsidR="004F170C" w:rsidRPr="00172D36">
              <w:rPr>
                <w:b/>
                <w:sz w:val="18"/>
                <w:lang w:val="ru-RU"/>
              </w:rPr>
              <w:t>7</w:t>
            </w:r>
            <w:r w:rsidRPr="00172D36">
              <w:rPr>
                <w:b/>
                <w:sz w:val="18"/>
              </w:rPr>
              <w:t>:</w:t>
            </w:r>
            <w:r w:rsidR="004F170C" w:rsidRPr="00172D36">
              <w:rPr>
                <w:b/>
                <w:sz w:val="18"/>
                <w:lang w:val="ru-RU"/>
              </w:rPr>
              <w:t>5</w:t>
            </w:r>
            <w:r w:rsidRPr="00172D36">
              <w:rPr>
                <w:b/>
                <w:sz w:val="18"/>
                <w:lang w:val="ru-RU"/>
              </w:rPr>
              <w:t>0</w:t>
            </w:r>
            <w:r w:rsidRPr="00172D36">
              <w:rPr>
                <w:b/>
                <w:sz w:val="18"/>
              </w:rPr>
              <w:t>–1</w:t>
            </w:r>
            <w:r w:rsidR="004F170C" w:rsidRPr="00172D36">
              <w:rPr>
                <w:b/>
                <w:sz w:val="18"/>
                <w:lang w:val="ru-RU"/>
              </w:rPr>
              <w:t>8</w:t>
            </w:r>
            <w:r w:rsidRPr="00172D36">
              <w:rPr>
                <w:b/>
                <w:sz w:val="18"/>
              </w:rPr>
              <w:t>:</w:t>
            </w:r>
            <w:r w:rsidR="004F170C" w:rsidRPr="00172D36">
              <w:rPr>
                <w:b/>
                <w:sz w:val="18"/>
                <w:lang w:val="ru-RU"/>
              </w:rPr>
              <w:t>00</w:t>
            </w:r>
          </w:p>
        </w:tc>
        <w:tc>
          <w:tcPr>
            <w:tcW w:w="5683" w:type="dxa"/>
            <w:gridSpan w:val="2"/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6B38D" w14:textId="77777777" w:rsidR="000E0DD2" w:rsidRPr="00172D36" w:rsidRDefault="000E0DD2" w:rsidP="00307E4E">
            <w:pPr>
              <w:rPr>
                <w:lang w:val="ru-RU"/>
              </w:rPr>
            </w:pPr>
            <w:r w:rsidRPr="00172D36">
              <w:rPr>
                <w:b/>
                <w:sz w:val="18"/>
                <w:lang w:val="ru-RU"/>
              </w:rPr>
              <w:t>Подведение итогов. Принятие резолюции. Закрытие конференции</w:t>
            </w:r>
          </w:p>
        </w:tc>
        <w:tc>
          <w:tcPr>
            <w:tcW w:w="3389" w:type="dxa"/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3031B" w14:textId="77777777" w:rsidR="000E0DD2" w:rsidRPr="00172D36" w:rsidRDefault="000E0DD2" w:rsidP="00307E4E">
            <w:pPr>
              <w:rPr>
                <w:lang w:val="ru-RU"/>
              </w:rPr>
            </w:pPr>
            <w:r w:rsidRPr="00172D36">
              <w:rPr>
                <w:sz w:val="17"/>
                <w:lang w:val="ru-RU"/>
              </w:rPr>
              <w:t>Тюрин Игорь Евгеньевич, Синицын Валентин Евгеньевич; Ледихова Наталья Владимировна, Юдин Алексей Евгеньевич.</w:t>
            </w:r>
          </w:p>
        </w:tc>
      </w:tr>
    </w:tbl>
    <w:p w14:paraId="6A90C5E7" w14:textId="77777777" w:rsidR="007E27CF" w:rsidRPr="00172D36" w:rsidRDefault="0071687D">
      <w:pPr>
        <w:rPr>
          <w:lang w:val="ru-RU"/>
        </w:rPr>
      </w:pPr>
      <w:r w:rsidRPr="00172D36">
        <w:rPr>
          <w:lang w:val="ru-RU"/>
        </w:rPr>
        <w:br w:type="page"/>
      </w:r>
    </w:p>
    <w:p w14:paraId="4F0528C0" w14:textId="77777777" w:rsidR="007E27CF" w:rsidRPr="00172D36" w:rsidRDefault="0071687D">
      <w:pPr>
        <w:spacing w:after="60"/>
        <w:jc w:val="center"/>
        <w:rPr>
          <w:lang w:val="ru-RU"/>
        </w:rPr>
      </w:pPr>
      <w:r w:rsidRPr="00172D36">
        <w:rPr>
          <w:b/>
          <w:sz w:val="22"/>
          <w:lang w:val="ru-RU"/>
        </w:rPr>
        <w:lastRenderedPageBreak/>
        <w:t>Конференц-зал № 1</w:t>
      </w:r>
    </w:p>
    <w:p w14:paraId="13F934EE" w14:textId="77777777" w:rsidR="007E27CF" w:rsidRPr="00172D36" w:rsidRDefault="0071687D">
      <w:pPr>
        <w:spacing w:before="80" w:after="20"/>
        <w:jc w:val="center"/>
        <w:rPr>
          <w:lang w:val="ru-RU"/>
        </w:rPr>
      </w:pPr>
      <w:r w:rsidRPr="00172D36">
        <w:rPr>
          <w:b/>
          <w:sz w:val="24"/>
          <w:lang w:val="ru-RU"/>
        </w:rPr>
        <w:t>ДЕНЬ 2</w:t>
      </w:r>
    </w:p>
    <w:p w14:paraId="5A704682" w14:textId="77777777" w:rsidR="007E27CF" w:rsidRPr="00172D36" w:rsidRDefault="0071687D">
      <w:pPr>
        <w:spacing w:after="40"/>
        <w:jc w:val="center"/>
        <w:rPr>
          <w:lang w:val="ru-RU"/>
        </w:rPr>
      </w:pPr>
      <w:r w:rsidRPr="00172D36">
        <w:rPr>
          <w:b/>
          <w:sz w:val="22"/>
          <w:lang w:val="ru-RU"/>
        </w:rPr>
        <w:t>Школа молодого рентгенолога и стратегическая сессия для руководителей ОЛД</w:t>
      </w:r>
    </w:p>
    <w:tbl>
      <w:tblPr>
        <w:tblW w:w="1061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97"/>
        <w:gridCol w:w="5669"/>
        <w:gridCol w:w="3345"/>
      </w:tblGrid>
      <w:tr w:rsidR="007E27CF" w:rsidRPr="003B47E8" w14:paraId="6AD50524" w14:textId="77777777" w:rsidTr="002427F1">
        <w:trPr>
          <w:cantSplit/>
          <w:jc w:val="center"/>
        </w:trPr>
        <w:tc>
          <w:tcPr>
            <w:tcW w:w="1597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DBDA4" w14:textId="77777777" w:rsidR="007E27CF" w:rsidRPr="00172D36" w:rsidRDefault="00090A75">
            <w:pPr>
              <w:jc w:val="center"/>
              <w:rPr>
                <w:lang w:val="ru-RU"/>
              </w:rPr>
            </w:pPr>
            <w:r w:rsidRPr="00172D36">
              <w:rPr>
                <w:b/>
                <w:sz w:val="19"/>
                <w:lang w:val="ru-RU"/>
              </w:rPr>
              <w:t>10:00</w:t>
            </w:r>
            <w:r w:rsidRPr="00172D36">
              <w:rPr>
                <w:b/>
                <w:sz w:val="19"/>
              </w:rPr>
              <w:t>–1</w:t>
            </w:r>
            <w:r w:rsidR="00B708BC" w:rsidRPr="00172D36">
              <w:rPr>
                <w:b/>
                <w:sz w:val="19"/>
                <w:lang w:val="ru-RU"/>
              </w:rPr>
              <w:t>3</w:t>
            </w:r>
            <w:r w:rsidRPr="00172D36">
              <w:rPr>
                <w:b/>
                <w:sz w:val="19"/>
              </w:rPr>
              <w:t>:</w:t>
            </w:r>
            <w:r w:rsidR="00B708BC" w:rsidRPr="00172D36">
              <w:rPr>
                <w:b/>
                <w:sz w:val="19"/>
                <w:lang w:val="ru-RU"/>
              </w:rPr>
              <w:t>3</w:t>
            </w:r>
            <w:r w:rsidRPr="00172D36">
              <w:rPr>
                <w:b/>
                <w:sz w:val="19"/>
                <w:lang w:val="ru-RU"/>
              </w:rPr>
              <w:t>0</w:t>
            </w:r>
          </w:p>
        </w:tc>
        <w:tc>
          <w:tcPr>
            <w:tcW w:w="9014" w:type="dxa"/>
            <w:gridSpan w:val="2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121A8" w14:textId="77777777" w:rsidR="007E27CF" w:rsidRPr="00172D36" w:rsidRDefault="0071687D">
            <w:pPr>
              <w:rPr>
                <w:lang w:val="ru-RU"/>
              </w:rPr>
            </w:pPr>
            <w:r w:rsidRPr="00172D36">
              <w:rPr>
                <w:b/>
                <w:lang w:val="ru-RU"/>
              </w:rPr>
              <w:t>Школа молодого рентгенолога «От научного поиска к системному описанию»</w:t>
            </w:r>
          </w:p>
        </w:tc>
      </w:tr>
      <w:tr w:rsidR="007E27CF" w:rsidRPr="003B47E8" w14:paraId="46111011" w14:textId="77777777" w:rsidTr="002427F1">
        <w:trPr>
          <w:cantSplit/>
          <w:jc w:val="center"/>
        </w:trPr>
        <w:tc>
          <w:tcPr>
            <w:tcW w:w="159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3317D" w14:textId="77777777" w:rsidR="007E27CF" w:rsidRPr="00172D36" w:rsidRDefault="007E27CF">
            <w:pPr>
              <w:rPr>
                <w:lang w:val="ru-RU"/>
              </w:rPr>
            </w:pPr>
          </w:p>
        </w:tc>
        <w:tc>
          <w:tcPr>
            <w:tcW w:w="9014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E422F" w14:textId="77777777" w:rsidR="007E27CF" w:rsidRPr="00172D36" w:rsidRDefault="0071687D">
            <w:pPr>
              <w:rPr>
                <w:sz w:val="18"/>
                <w:lang w:val="ru-RU"/>
              </w:rPr>
            </w:pPr>
            <w:r w:rsidRPr="00172D36">
              <w:rPr>
                <w:b/>
                <w:sz w:val="18"/>
                <w:lang w:val="ru-RU"/>
              </w:rPr>
              <w:t>Модератор:</w:t>
            </w:r>
            <w:r w:rsidRPr="00172D36">
              <w:rPr>
                <w:sz w:val="18"/>
                <w:lang w:val="ru-RU"/>
              </w:rPr>
              <w:br/>
              <w:t>Козлова Полина Викторовна, врач-рентгенолог, врач ультразвуковой диагностики, ассистент кафедры лучевой диагностики и медицинской визуализации с клиникой НМИЦ им. В.А. Алмазова Минздрава России, Санкт-Петербург</w:t>
            </w:r>
          </w:p>
          <w:p w14:paraId="343DBA46" w14:textId="77777777" w:rsidR="00B708BC" w:rsidRPr="00172D36" w:rsidRDefault="00B708BC">
            <w:pPr>
              <w:rPr>
                <w:sz w:val="18"/>
                <w:lang w:val="ru-RU"/>
              </w:rPr>
            </w:pPr>
          </w:p>
          <w:p w14:paraId="3F1FE7EC" w14:textId="77777777" w:rsidR="00B708BC" w:rsidRPr="00172D36" w:rsidRDefault="00B708BC">
            <w:pPr>
              <w:rPr>
                <w:lang w:val="ru-RU"/>
              </w:rPr>
            </w:pPr>
            <w:r w:rsidRPr="00172D36">
              <w:rPr>
                <w:sz w:val="18"/>
                <w:lang w:val="ru-RU"/>
              </w:rPr>
              <w:t>Ледихова Наталья Владимировна, генеральный директор ООО «ТЕЛЕРАДЦ», исполнительный директор РОРР, Москва</w:t>
            </w:r>
          </w:p>
        </w:tc>
      </w:tr>
      <w:tr w:rsidR="007E27CF" w:rsidRPr="003B47E8" w14:paraId="4C0D5E63" w14:textId="77777777" w:rsidTr="002427F1">
        <w:trPr>
          <w:cantSplit/>
          <w:jc w:val="center"/>
        </w:trPr>
        <w:tc>
          <w:tcPr>
            <w:tcW w:w="1597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23305" w14:textId="77777777" w:rsidR="007E27CF" w:rsidRPr="00172D36" w:rsidRDefault="00090A75">
            <w:pPr>
              <w:keepNext/>
              <w:jc w:val="center"/>
              <w:rPr>
                <w:lang w:val="ru-RU"/>
              </w:rPr>
            </w:pPr>
            <w:r w:rsidRPr="00172D36">
              <w:rPr>
                <w:b/>
                <w:sz w:val="19"/>
                <w:lang w:val="ru-RU"/>
              </w:rPr>
              <w:t>10</w:t>
            </w:r>
            <w:r w:rsidRPr="00172D36">
              <w:rPr>
                <w:b/>
                <w:sz w:val="19"/>
              </w:rPr>
              <w:t>:</w:t>
            </w:r>
            <w:r w:rsidRPr="00172D36">
              <w:rPr>
                <w:b/>
                <w:sz w:val="19"/>
                <w:lang w:val="ru-RU"/>
              </w:rPr>
              <w:t>0</w:t>
            </w:r>
            <w:r w:rsidRPr="00172D36">
              <w:rPr>
                <w:b/>
                <w:sz w:val="19"/>
              </w:rPr>
              <w:t>0–11:</w:t>
            </w:r>
            <w:r w:rsidRPr="00172D36">
              <w:rPr>
                <w:b/>
                <w:sz w:val="19"/>
                <w:lang w:val="ru-RU"/>
              </w:rPr>
              <w:t>15</w:t>
            </w:r>
          </w:p>
        </w:tc>
        <w:tc>
          <w:tcPr>
            <w:tcW w:w="9014" w:type="dxa"/>
            <w:gridSpan w:val="2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C0E4C" w14:textId="5D4F4018" w:rsidR="007E27CF" w:rsidRPr="00CC4F80" w:rsidRDefault="0071687D">
            <w:pPr>
              <w:keepNext/>
              <w:rPr>
                <w:b/>
                <w:lang w:val="ru-RU"/>
              </w:rPr>
            </w:pPr>
            <w:r w:rsidRPr="00172D36">
              <w:rPr>
                <w:b/>
                <w:lang w:val="ru-RU"/>
              </w:rPr>
              <w:t>Практический семинар «От чтения научных статей до собственной публикации</w:t>
            </w:r>
            <w:r w:rsidR="00CC4F80">
              <w:rPr>
                <w:b/>
                <w:lang w:val="ru-RU"/>
              </w:rPr>
              <w:t xml:space="preserve">, </w:t>
            </w:r>
            <w:r w:rsidRPr="00172D36">
              <w:rPr>
                <w:b/>
                <w:lang w:val="ru-RU"/>
              </w:rPr>
              <w:t>выступления на конференции</w:t>
            </w:r>
            <w:r w:rsidR="00CC4F80">
              <w:rPr>
                <w:b/>
                <w:lang w:val="ru-RU"/>
              </w:rPr>
              <w:t xml:space="preserve"> и на междисциплинарной конференции в клинике</w:t>
            </w:r>
            <w:r w:rsidRPr="00172D36">
              <w:rPr>
                <w:b/>
                <w:lang w:val="ru-RU"/>
              </w:rPr>
              <w:t>»</w:t>
            </w:r>
          </w:p>
        </w:tc>
      </w:tr>
      <w:tr w:rsidR="007E27CF" w:rsidRPr="00172D36" w14:paraId="50E170E7" w14:textId="77777777" w:rsidTr="002427F1">
        <w:trPr>
          <w:cantSplit/>
          <w:jc w:val="center"/>
        </w:trPr>
        <w:tc>
          <w:tcPr>
            <w:tcW w:w="159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9219D" w14:textId="77777777" w:rsidR="007E27CF" w:rsidRPr="00172D36" w:rsidRDefault="00090A75">
            <w:pPr>
              <w:jc w:val="center"/>
            </w:pPr>
            <w:r w:rsidRPr="00172D36">
              <w:rPr>
                <w:b/>
                <w:sz w:val="18"/>
                <w:lang w:val="ru-RU"/>
              </w:rPr>
              <w:t>10</w:t>
            </w:r>
            <w:r w:rsidRPr="00172D36">
              <w:rPr>
                <w:b/>
                <w:sz w:val="18"/>
              </w:rPr>
              <w:t>:</w:t>
            </w:r>
            <w:r w:rsidRPr="00172D36">
              <w:rPr>
                <w:b/>
                <w:sz w:val="18"/>
                <w:lang w:val="ru-RU"/>
              </w:rPr>
              <w:t>0</w:t>
            </w:r>
            <w:r w:rsidRPr="00172D36">
              <w:rPr>
                <w:b/>
                <w:sz w:val="18"/>
              </w:rPr>
              <w:t>0–</w:t>
            </w:r>
            <w:r w:rsidRPr="00172D36">
              <w:rPr>
                <w:b/>
                <w:sz w:val="18"/>
                <w:lang w:val="ru-RU"/>
              </w:rPr>
              <w:t>10</w:t>
            </w:r>
            <w:r w:rsidRPr="00172D36">
              <w:rPr>
                <w:b/>
                <w:sz w:val="18"/>
              </w:rPr>
              <w:t>:</w:t>
            </w:r>
            <w:r w:rsidRPr="00172D36">
              <w:rPr>
                <w:b/>
                <w:sz w:val="18"/>
                <w:lang w:val="ru-RU"/>
              </w:rPr>
              <w:t>1</w:t>
            </w:r>
            <w:r w:rsidRPr="00172D36">
              <w:rPr>
                <w:b/>
                <w:sz w:val="18"/>
              </w:rPr>
              <w:t>5</w:t>
            </w:r>
          </w:p>
        </w:tc>
        <w:tc>
          <w:tcPr>
            <w:tcW w:w="56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B563B" w14:textId="0B6629E5" w:rsidR="007E27CF" w:rsidRPr="00172D36" w:rsidRDefault="00CC4F80">
            <w:pPr>
              <w:rPr>
                <w:lang w:val="ru-RU"/>
              </w:rPr>
            </w:pPr>
            <w:r>
              <w:rPr>
                <w:sz w:val="19"/>
                <w:lang w:val="ru-RU"/>
              </w:rPr>
              <w:t>Как</w:t>
            </w:r>
            <w:r w:rsidRPr="00172D36">
              <w:rPr>
                <w:sz w:val="19"/>
                <w:lang w:val="ru-RU"/>
              </w:rPr>
              <w:t xml:space="preserve"> найти нужную информацию, не потеряв время</w:t>
            </w:r>
          </w:p>
        </w:tc>
        <w:tc>
          <w:tcPr>
            <w:tcW w:w="33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7F93C" w14:textId="77777777" w:rsidR="007E27CF" w:rsidRPr="00172D36" w:rsidRDefault="0071687D">
            <w:r w:rsidRPr="00172D36">
              <w:rPr>
                <w:sz w:val="17"/>
                <w:lang w:val="ru-RU"/>
              </w:rPr>
              <w:t xml:space="preserve">Козлова Полина Викторовна, врач-рентгенолог, врач ультразвуковой диагностики, ассистент кафедры лучевой диагностики и медицинской визуализации с клиникой НМИЦ им. </w:t>
            </w:r>
            <w:r w:rsidRPr="00172D36">
              <w:rPr>
                <w:sz w:val="17"/>
              </w:rPr>
              <w:t xml:space="preserve">В.А. </w:t>
            </w:r>
            <w:proofErr w:type="spellStart"/>
            <w:r w:rsidRPr="00172D36">
              <w:rPr>
                <w:sz w:val="17"/>
              </w:rPr>
              <w:t>Алмазова</w:t>
            </w:r>
            <w:proofErr w:type="spellEnd"/>
            <w:r w:rsidRPr="00172D36">
              <w:rPr>
                <w:sz w:val="17"/>
              </w:rPr>
              <w:t xml:space="preserve"> </w:t>
            </w:r>
            <w:proofErr w:type="spellStart"/>
            <w:r w:rsidRPr="00172D36">
              <w:rPr>
                <w:sz w:val="17"/>
              </w:rPr>
              <w:t>Минздрава</w:t>
            </w:r>
            <w:proofErr w:type="spellEnd"/>
            <w:r w:rsidRPr="00172D36">
              <w:rPr>
                <w:sz w:val="17"/>
              </w:rPr>
              <w:t xml:space="preserve"> </w:t>
            </w:r>
            <w:proofErr w:type="spellStart"/>
            <w:r w:rsidRPr="00172D36">
              <w:rPr>
                <w:sz w:val="17"/>
              </w:rPr>
              <w:t>России</w:t>
            </w:r>
            <w:proofErr w:type="spellEnd"/>
            <w:r w:rsidRPr="00172D36">
              <w:rPr>
                <w:sz w:val="17"/>
              </w:rPr>
              <w:t xml:space="preserve">, </w:t>
            </w:r>
            <w:proofErr w:type="spellStart"/>
            <w:r w:rsidRPr="00172D36">
              <w:rPr>
                <w:sz w:val="17"/>
              </w:rPr>
              <w:t>Санкт-Петербург</w:t>
            </w:r>
            <w:proofErr w:type="spellEnd"/>
          </w:p>
        </w:tc>
      </w:tr>
      <w:tr w:rsidR="007E27CF" w:rsidRPr="000670B0" w14:paraId="0762B350" w14:textId="77777777" w:rsidTr="002427F1">
        <w:trPr>
          <w:cantSplit/>
          <w:jc w:val="center"/>
        </w:trPr>
        <w:tc>
          <w:tcPr>
            <w:tcW w:w="159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51C5D" w14:textId="77777777" w:rsidR="007E27CF" w:rsidRPr="00172D36" w:rsidRDefault="00090A75">
            <w:pPr>
              <w:jc w:val="center"/>
              <w:rPr>
                <w:lang w:val="ru-RU"/>
              </w:rPr>
            </w:pPr>
            <w:r w:rsidRPr="00172D36">
              <w:rPr>
                <w:b/>
                <w:sz w:val="18"/>
                <w:lang w:val="ru-RU"/>
              </w:rPr>
              <w:t>10</w:t>
            </w:r>
            <w:r w:rsidRPr="00172D36">
              <w:rPr>
                <w:b/>
                <w:sz w:val="18"/>
              </w:rPr>
              <w:t>:</w:t>
            </w:r>
            <w:r w:rsidRPr="00172D36">
              <w:rPr>
                <w:b/>
                <w:sz w:val="18"/>
                <w:lang w:val="ru-RU"/>
              </w:rPr>
              <w:t>15</w:t>
            </w:r>
            <w:r w:rsidRPr="00172D36">
              <w:rPr>
                <w:b/>
                <w:sz w:val="18"/>
              </w:rPr>
              <w:t>–</w:t>
            </w:r>
            <w:r w:rsidRPr="00172D36">
              <w:rPr>
                <w:b/>
                <w:sz w:val="18"/>
                <w:lang w:val="ru-RU"/>
              </w:rPr>
              <w:t>10</w:t>
            </w:r>
            <w:r w:rsidRPr="00172D36">
              <w:rPr>
                <w:b/>
                <w:sz w:val="18"/>
              </w:rPr>
              <w:t>:</w:t>
            </w:r>
            <w:r w:rsidRPr="00172D36">
              <w:rPr>
                <w:b/>
                <w:sz w:val="18"/>
                <w:lang w:val="ru-RU"/>
              </w:rPr>
              <w:t>30</w:t>
            </w:r>
          </w:p>
        </w:tc>
        <w:tc>
          <w:tcPr>
            <w:tcW w:w="56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E22CF" w14:textId="39867EA5" w:rsidR="007E27CF" w:rsidRPr="00172D36" w:rsidRDefault="0071687D">
            <w:pPr>
              <w:rPr>
                <w:lang w:val="ru-RU"/>
              </w:rPr>
            </w:pPr>
            <w:r w:rsidRPr="00172D36">
              <w:rPr>
                <w:sz w:val="19"/>
                <w:lang w:val="ru-RU"/>
              </w:rPr>
              <w:t>Х-лучи в тёмном царстве английского: как не заблудиться в терминологии</w:t>
            </w:r>
            <w:r w:rsidR="000670B0">
              <w:rPr>
                <w:sz w:val="19"/>
                <w:lang w:val="ru-RU"/>
              </w:rPr>
              <w:t xml:space="preserve"> </w:t>
            </w:r>
          </w:p>
        </w:tc>
        <w:tc>
          <w:tcPr>
            <w:tcW w:w="33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A1EF6" w14:textId="77777777" w:rsidR="007E27CF" w:rsidRPr="000670B0" w:rsidRDefault="0071687D">
            <w:pPr>
              <w:rPr>
                <w:lang w:val="ru-RU"/>
              </w:rPr>
            </w:pPr>
            <w:r w:rsidRPr="00172D36">
              <w:rPr>
                <w:sz w:val="17"/>
                <w:lang w:val="ru-RU"/>
              </w:rPr>
              <w:t xml:space="preserve">Козлова Полина Викторовна, врач-рентгенолог, врач ультразвуковой диагностики, ассистент кафедры лучевой диагностики и медицинской визуализации с клиникой НМИЦ им. </w:t>
            </w:r>
            <w:r w:rsidRPr="000670B0">
              <w:rPr>
                <w:sz w:val="17"/>
                <w:lang w:val="ru-RU"/>
              </w:rPr>
              <w:t>В.А. Алмазова Минздрава России, Санкт-Петербург</w:t>
            </w:r>
          </w:p>
        </w:tc>
      </w:tr>
      <w:tr w:rsidR="007E27CF" w:rsidRPr="00172D36" w14:paraId="318F27D3" w14:textId="77777777" w:rsidTr="002427F1">
        <w:trPr>
          <w:cantSplit/>
          <w:jc w:val="center"/>
        </w:trPr>
        <w:tc>
          <w:tcPr>
            <w:tcW w:w="159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5C5C6" w14:textId="05F4C507" w:rsidR="007E27CF" w:rsidRPr="00172D36" w:rsidRDefault="0071687D">
            <w:pPr>
              <w:jc w:val="center"/>
              <w:rPr>
                <w:lang w:val="ru-RU"/>
              </w:rPr>
            </w:pPr>
            <w:r w:rsidRPr="00172D36">
              <w:rPr>
                <w:b/>
                <w:sz w:val="18"/>
              </w:rPr>
              <w:t>10:</w:t>
            </w:r>
            <w:r w:rsidR="00090A75" w:rsidRPr="00172D36">
              <w:rPr>
                <w:b/>
                <w:sz w:val="18"/>
                <w:lang w:val="ru-RU"/>
              </w:rPr>
              <w:t>3</w:t>
            </w:r>
            <w:r w:rsidRPr="00172D36">
              <w:rPr>
                <w:b/>
                <w:sz w:val="18"/>
              </w:rPr>
              <w:t>0–1</w:t>
            </w:r>
            <w:r w:rsidR="00CC4F80">
              <w:rPr>
                <w:b/>
                <w:sz w:val="18"/>
                <w:lang w:val="ru-RU"/>
              </w:rPr>
              <w:t>1</w:t>
            </w:r>
            <w:r w:rsidRPr="00172D36">
              <w:rPr>
                <w:b/>
                <w:sz w:val="18"/>
              </w:rPr>
              <w:t>:</w:t>
            </w:r>
            <w:r w:rsidR="00CC4F80">
              <w:rPr>
                <w:b/>
                <w:sz w:val="18"/>
                <w:lang w:val="ru-RU"/>
              </w:rPr>
              <w:t>00</w:t>
            </w:r>
          </w:p>
        </w:tc>
        <w:tc>
          <w:tcPr>
            <w:tcW w:w="56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1223B" w14:textId="1B9E7B01" w:rsidR="007E27CF" w:rsidRPr="00172D36" w:rsidRDefault="0071687D">
            <w:pPr>
              <w:rPr>
                <w:lang w:val="ru-RU"/>
              </w:rPr>
            </w:pPr>
            <w:r w:rsidRPr="00172D36">
              <w:rPr>
                <w:sz w:val="19"/>
                <w:lang w:val="ru-RU"/>
              </w:rPr>
              <w:t>Как превратить клинический материал в научную статью</w:t>
            </w:r>
            <w:r w:rsidR="000670B0">
              <w:rPr>
                <w:sz w:val="19"/>
                <w:lang w:val="ru-RU"/>
              </w:rPr>
              <w:t>, тезисы на конференцию и</w:t>
            </w:r>
            <w:r w:rsidR="00CC4F80">
              <w:rPr>
                <w:sz w:val="19"/>
                <w:lang w:val="ru-RU"/>
              </w:rPr>
              <w:t xml:space="preserve"> на междисциплинарный </w:t>
            </w:r>
            <w:proofErr w:type="gramStart"/>
            <w:r w:rsidR="00CC4F80">
              <w:rPr>
                <w:sz w:val="19"/>
                <w:lang w:val="ru-RU"/>
              </w:rPr>
              <w:t>консилиум</w:t>
            </w:r>
            <w:r w:rsidR="000670B0">
              <w:rPr>
                <w:sz w:val="19"/>
                <w:lang w:val="ru-RU"/>
              </w:rPr>
              <w:t xml:space="preserve"> </w:t>
            </w:r>
            <w:r w:rsidRPr="00172D36">
              <w:rPr>
                <w:sz w:val="19"/>
                <w:lang w:val="ru-RU"/>
              </w:rPr>
              <w:t>:</w:t>
            </w:r>
            <w:proofErr w:type="gramEnd"/>
            <w:r w:rsidRPr="00172D36">
              <w:rPr>
                <w:sz w:val="19"/>
                <w:lang w:val="ru-RU"/>
              </w:rPr>
              <w:t xml:space="preserve"> вопрос, структура, доказательства и выводы</w:t>
            </w:r>
          </w:p>
        </w:tc>
        <w:tc>
          <w:tcPr>
            <w:tcW w:w="33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B2173" w14:textId="77777777" w:rsidR="007E27CF" w:rsidRPr="00172D36" w:rsidRDefault="0071687D">
            <w:r w:rsidRPr="00172D36">
              <w:rPr>
                <w:sz w:val="17"/>
                <w:lang w:val="ru-RU"/>
              </w:rPr>
              <w:t xml:space="preserve">Козлова Полина Викторовна, врач-рентгенолог, врач ультразвуковой диагностики, ассистент кафедры лучевой диагностики и медицинской визуализации с клиникой НМИЦ им. </w:t>
            </w:r>
            <w:r w:rsidRPr="00172D36">
              <w:rPr>
                <w:sz w:val="17"/>
              </w:rPr>
              <w:t xml:space="preserve">В.А. </w:t>
            </w:r>
            <w:proofErr w:type="spellStart"/>
            <w:r w:rsidRPr="00172D36">
              <w:rPr>
                <w:sz w:val="17"/>
              </w:rPr>
              <w:t>Алмазова</w:t>
            </w:r>
            <w:proofErr w:type="spellEnd"/>
            <w:r w:rsidRPr="00172D36">
              <w:rPr>
                <w:sz w:val="17"/>
              </w:rPr>
              <w:t xml:space="preserve"> </w:t>
            </w:r>
            <w:proofErr w:type="spellStart"/>
            <w:r w:rsidRPr="00172D36">
              <w:rPr>
                <w:sz w:val="17"/>
              </w:rPr>
              <w:t>Минздрава</w:t>
            </w:r>
            <w:proofErr w:type="spellEnd"/>
            <w:r w:rsidRPr="00172D36">
              <w:rPr>
                <w:sz w:val="17"/>
              </w:rPr>
              <w:t xml:space="preserve"> </w:t>
            </w:r>
            <w:proofErr w:type="spellStart"/>
            <w:r w:rsidRPr="00172D36">
              <w:rPr>
                <w:sz w:val="17"/>
              </w:rPr>
              <w:t>России</w:t>
            </w:r>
            <w:proofErr w:type="spellEnd"/>
            <w:r w:rsidRPr="00172D36">
              <w:rPr>
                <w:sz w:val="17"/>
              </w:rPr>
              <w:t xml:space="preserve">, </w:t>
            </w:r>
            <w:proofErr w:type="spellStart"/>
            <w:r w:rsidRPr="00172D36">
              <w:rPr>
                <w:sz w:val="17"/>
              </w:rPr>
              <w:t>Санкт-Петербург</w:t>
            </w:r>
            <w:proofErr w:type="spellEnd"/>
          </w:p>
        </w:tc>
      </w:tr>
      <w:tr w:rsidR="007E27CF" w:rsidRPr="00172D36" w14:paraId="4F39DCDF" w14:textId="77777777" w:rsidTr="002427F1">
        <w:trPr>
          <w:cantSplit/>
          <w:jc w:val="center"/>
        </w:trPr>
        <w:tc>
          <w:tcPr>
            <w:tcW w:w="159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C2FF4" w14:textId="77777777" w:rsidR="007E27CF" w:rsidRPr="00172D36" w:rsidRDefault="0071687D">
            <w:pPr>
              <w:jc w:val="center"/>
              <w:rPr>
                <w:lang w:val="ru-RU"/>
              </w:rPr>
            </w:pPr>
            <w:r w:rsidRPr="00172D36">
              <w:rPr>
                <w:b/>
                <w:sz w:val="18"/>
              </w:rPr>
              <w:t>1</w:t>
            </w:r>
            <w:r w:rsidR="00090A75" w:rsidRPr="00172D36">
              <w:rPr>
                <w:b/>
                <w:sz w:val="18"/>
                <w:lang w:val="ru-RU"/>
              </w:rPr>
              <w:t>1</w:t>
            </w:r>
            <w:r w:rsidRPr="00172D36">
              <w:rPr>
                <w:b/>
                <w:sz w:val="18"/>
              </w:rPr>
              <w:t>:</w:t>
            </w:r>
            <w:r w:rsidR="00090A75" w:rsidRPr="00172D36">
              <w:rPr>
                <w:b/>
                <w:sz w:val="18"/>
                <w:lang w:val="ru-RU"/>
              </w:rPr>
              <w:t>0</w:t>
            </w:r>
            <w:r w:rsidR="00E91EB5" w:rsidRPr="00172D36">
              <w:rPr>
                <w:b/>
                <w:sz w:val="18"/>
                <w:lang w:val="ru-RU"/>
              </w:rPr>
              <w:t>0</w:t>
            </w:r>
            <w:r w:rsidRPr="00172D36">
              <w:rPr>
                <w:b/>
                <w:sz w:val="18"/>
              </w:rPr>
              <w:t>–1</w:t>
            </w:r>
            <w:r w:rsidR="00090A75" w:rsidRPr="00172D36">
              <w:rPr>
                <w:b/>
                <w:sz w:val="18"/>
                <w:lang w:val="ru-RU"/>
              </w:rPr>
              <w:t>1</w:t>
            </w:r>
            <w:r w:rsidR="00E91EB5" w:rsidRPr="00172D36">
              <w:rPr>
                <w:b/>
                <w:sz w:val="18"/>
                <w:lang w:val="ru-RU"/>
              </w:rPr>
              <w:t>:</w:t>
            </w:r>
            <w:r w:rsidR="00090A75" w:rsidRPr="00172D36">
              <w:rPr>
                <w:b/>
                <w:sz w:val="18"/>
                <w:lang w:val="ru-RU"/>
              </w:rPr>
              <w:t>1</w:t>
            </w:r>
            <w:r w:rsidR="00E91EB5" w:rsidRPr="00172D36">
              <w:rPr>
                <w:b/>
                <w:sz w:val="18"/>
                <w:lang w:val="ru-RU"/>
              </w:rPr>
              <w:t>5</w:t>
            </w:r>
          </w:p>
        </w:tc>
        <w:tc>
          <w:tcPr>
            <w:tcW w:w="56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F86533" w14:textId="77777777" w:rsidR="007E27CF" w:rsidRPr="00172D36" w:rsidRDefault="0071687D">
            <w:pPr>
              <w:rPr>
                <w:lang w:val="ru-RU"/>
              </w:rPr>
            </w:pPr>
            <w:r w:rsidRPr="00172D36">
              <w:rPr>
                <w:sz w:val="19"/>
                <w:lang w:val="ru-RU"/>
              </w:rPr>
              <w:t>Подготовка к устному выступлению: важны не только слайды</w:t>
            </w:r>
          </w:p>
        </w:tc>
        <w:tc>
          <w:tcPr>
            <w:tcW w:w="33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F5343" w14:textId="77777777" w:rsidR="007E27CF" w:rsidRPr="00172D36" w:rsidRDefault="0071687D">
            <w:r w:rsidRPr="00172D36">
              <w:rPr>
                <w:sz w:val="17"/>
                <w:lang w:val="ru-RU"/>
              </w:rPr>
              <w:t xml:space="preserve">Козлова Полина Викторовна, врач-рентгенолог, врач ультразвуковой диагностики, ассистент кафедры лучевой диагностики и медицинской визуализации с клиникой НМИЦ им. </w:t>
            </w:r>
            <w:r w:rsidRPr="00172D36">
              <w:rPr>
                <w:sz w:val="17"/>
              </w:rPr>
              <w:t xml:space="preserve">В.А. </w:t>
            </w:r>
            <w:proofErr w:type="spellStart"/>
            <w:r w:rsidRPr="00172D36">
              <w:rPr>
                <w:sz w:val="17"/>
              </w:rPr>
              <w:t>Алмазова</w:t>
            </w:r>
            <w:proofErr w:type="spellEnd"/>
            <w:r w:rsidRPr="00172D36">
              <w:rPr>
                <w:sz w:val="17"/>
              </w:rPr>
              <w:t xml:space="preserve"> </w:t>
            </w:r>
            <w:proofErr w:type="spellStart"/>
            <w:r w:rsidRPr="00172D36">
              <w:rPr>
                <w:sz w:val="17"/>
              </w:rPr>
              <w:t>Минздрава</w:t>
            </w:r>
            <w:proofErr w:type="spellEnd"/>
            <w:r w:rsidRPr="00172D36">
              <w:rPr>
                <w:sz w:val="17"/>
              </w:rPr>
              <w:t xml:space="preserve"> </w:t>
            </w:r>
            <w:proofErr w:type="spellStart"/>
            <w:r w:rsidRPr="00172D36">
              <w:rPr>
                <w:sz w:val="17"/>
              </w:rPr>
              <w:t>России</w:t>
            </w:r>
            <w:proofErr w:type="spellEnd"/>
            <w:r w:rsidRPr="00172D36">
              <w:rPr>
                <w:sz w:val="17"/>
              </w:rPr>
              <w:t xml:space="preserve">, </w:t>
            </w:r>
            <w:proofErr w:type="spellStart"/>
            <w:r w:rsidRPr="00172D36">
              <w:rPr>
                <w:sz w:val="17"/>
              </w:rPr>
              <w:t>Санкт-Петербург</w:t>
            </w:r>
            <w:proofErr w:type="spellEnd"/>
          </w:p>
        </w:tc>
      </w:tr>
      <w:tr w:rsidR="007E27CF" w:rsidRPr="00172D36" w14:paraId="23BBC644" w14:textId="77777777" w:rsidTr="002427F1">
        <w:trPr>
          <w:cantSplit/>
          <w:jc w:val="center"/>
        </w:trPr>
        <w:tc>
          <w:tcPr>
            <w:tcW w:w="1597" w:type="dxa"/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B454E" w14:textId="77777777" w:rsidR="007E27CF" w:rsidRPr="00172D36" w:rsidRDefault="0071687D">
            <w:pPr>
              <w:jc w:val="center"/>
              <w:rPr>
                <w:lang w:val="ru-RU"/>
              </w:rPr>
            </w:pPr>
            <w:r w:rsidRPr="00172D36">
              <w:rPr>
                <w:b/>
                <w:sz w:val="19"/>
              </w:rPr>
              <w:t>1</w:t>
            </w:r>
            <w:r w:rsidR="00090A75" w:rsidRPr="00172D36">
              <w:rPr>
                <w:b/>
                <w:sz w:val="19"/>
                <w:lang w:val="ru-RU"/>
              </w:rPr>
              <w:t>1:1</w:t>
            </w:r>
            <w:r w:rsidR="00E91EB5" w:rsidRPr="00172D36">
              <w:rPr>
                <w:b/>
                <w:sz w:val="19"/>
                <w:lang w:val="ru-RU"/>
              </w:rPr>
              <w:t>5</w:t>
            </w:r>
            <w:r w:rsidRPr="00172D36">
              <w:rPr>
                <w:b/>
                <w:sz w:val="19"/>
              </w:rPr>
              <w:t>–11:</w:t>
            </w:r>
            <w:r w:rsidR="00090A75" w:rsidRPr="00172D36">
              <w:rPr>
                <w:b/>
                <w:sz w:val="19"/>
                <w:lang w:val="ru-RU"/>
              </w:rPr>
              <w:t>3</w:t>
            </w:r>
            <w:r w:rsidR="00E91EB5" w:rsidRPr="00172D36">
              <w:rPr>
                <w:b/>
                <w:sz w:val="19"/>
                <w:lang w:val="ru-RU"/>
              </w:rPr>
              <w:t>0</w:t>
            </w:r>
          </w:p>
        </w:tc>
        <w:tc>
          <w:tcPr>
            <w:tcW w:w="9014" w:type="dxa"/>
            <w:gridSpan w:val="2"/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EA98F" w14:textId="77777777" w:rsidR="007E27CF" w:rsidRPr="00172D36" w:rsidRDefault="0071687D">
            <w:proofErr w:type="spellStart"/>
            <w:r w:rsidRPr="00172D36">
              <w:rPr>
                <w:b/>
              </w:rPr>
              <w:t>Перерыв</w:t>
            </w:r>
            <w:proofErr w:type="spellEnd"/>
          </w:p>
        </w:tc>
      </w:tr>
      <w:tr w:rsidR="007E27CF" w:rsidRPr="003B47E8" w14:paraId="59F45A86" w14:textId="77777777" w:rsidTr="002427F1">
        <w:trPr>
          <w:cantSplit/>
          <w:jc w:val="center"/>
        </w:trPr>
        <w:tc>
          <w:tcPr>
            <w:tcW w:w="1597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1E728" w14:textId="77777777" w:rsidR="007E27CF" w:rsidRPr="00172D36" w:rsidRDefault="0071687D">
            <w:pPr>
              <w:keepNext/>
              <w:jc w:val="center"/>
              <w:rPr>
                <w:lang w:val="ru-RU"/>
              </w:rPr>
            </w:pPr>
            <w:r w:rsidRPr="00172D36">
              <w:rPr>
                <w:b/>
                <w:sz w:val="19"/>
              </w:rPr>
              <w:t>11:</w:t>
            </w:r>
            <w:r w:rsidR="00090A75" w:rsidRPr="00172D36">
              <w:rPr>
                <w:b/>
                <w:sz w:val="19"/>
                <w:lang w:val="ru-RU"/>
              </w:rPr>
              <w:t>3</w:t>
            </w:r>
            <w:r w:rsidR="00E91EB5" w:rsidRPr="00172D36">
              <w:rPr>
                <w:b/>
                <w:sz w:val="19"/>
                <w:lang w:val="ru-RU"/>
              </w:rPr>
              <w:t>0</w:t>
            </w:r>
            <w:r w:rsidRPr="00172D36">
              <w:rPr>
                <w:b/>
                <w:sz w:val="19"/>
              </w:rPr>
              <w:t>–13:</w:t>
            </w:r>
            <w:r w:rsidR="00B708BC" w:rsidRPr="00172D36">
              <w:rPr>
                <w:b/>
                <w:sz w:val="19"/>
                <w:lang w:val="ru-RU"/>
              </w:rPr>
              <w:t>3</w:t>
            </w:r>
            <w:r w:rsidR="00E91EB5" w:rsidRPr="00172D36">
              <w:rPr>
                <w:b/>
                <w:sz w:val="19"/>
                <w:lang w:val="ru-RU"/>
              </w:rPr>
              <w:t>0</w:t>
            </w:r>
          </w:p>
        </w:tc>
        <w:tc>
          <w:tcPr>
            <w:tcW w:w="9014" w:type="dxa"/>
            <w:gridSpan w:val="2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DDC2C" w14:textId="77777777" w:rsidR="007E27CF" w:rsidRPr="00172D36" w:rsidRDefault="0071687D">
            <w:pPr>
              <w:keepNext/>
              <w:rPr>
                <w:lang w:val="ru-RU"/>
              </w:rPr>
            </w:pPr>
            <w:r w:rsidRPr="00172D36">
              <w:rPr>
                <w:b/>
                <w:lang w:val="ru-RU"/>
              </w:rPr>
              <w:t>Секция для молодых врачей-рентгенологов «Основы системного описания и клинической интерпретации»</w:t>
            </w:r>
          </w:p>
        </w:tc>
      </w:tr>
      <w:tr w:rsidR="007E27CF" w:rsidRPr="003B47E8" w14:paraId="6BD72F07" w14:textId="77777777" w:rsidTr="002427F1">
        <w:trPr>
          <w:cantSplit/>
          <w:jc w:val="center"/>
        </w:trPr>
        <w:tc>
          <w:tcPr>
            <w:tcW w:w="159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E4419" w14:textId="77777777" w:rsidR="007E27CF" w:rsidRPr="00172D36" w:rsidRDefault="007E27CF">
            <w:pPr>
              <w:rPr>
                <w:lang w:val="ru-RU"/>
              </w:rPr>
            </w:pPr>
          </w:p>
        </w:tc>
        <w:tc>
          <w:tcPr>
            <w:tcW w:w="9014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75D68" w14:textId="77777777" w:rsidR="007E27CF" w:rsidRPr="00172D36" w:rsidRDefault="0071687D">
            <w:pPr>
              <w:rPr>
                <w:lang w:val="ru-RU"/>
              </w:rPr>
            </w:pPr>
            <w:r w:rsidRPr="00172D36">
              <w:rPr>
                <w:b/>
                <w:sz w:val="18"/>
                <w:lang w:val="ru-RU"/>
              </w:rPr>
              <w:t>Модераторы:</w:t>
            </w:r>
            <w:r w:rsidRPr="00172D36">
              <w:rPr>
                <w:sz w:val="18"/>
                <w:lang w:val="ru-RU"/>
              </w:rPr>
              <w:br/>
            </w:r>
            <w:r w:rsidRPr="00172D36">
              <w:rPr>
                <w:sz w:val="18"/>
                <w:lang w:val="ru-RU"/>
              </w:rPr>
              <w:br/>
              <w:t>Мищенко Андрей Владимирович, д.м.н., профессор, ведущий научный сотрудник научного отделения диагностической и интервенционной радиологии НМИЦ онкологии им. Н.Н. Петрова Минздрава России, Санкт-Петербург</w:t>
            </w:r>
            <w:r w:rsidRPr="00172D36">
              <w:rPr>
                <w:sz w:val="18"/>
                <w:lang w:val="ru-RU"/>
              </w:rPr>
              <w:br/>
            </w:r>
            <w:r w:rsidRPr="00172D36">
              <w:rPr>
                <w:sz w:val="18"/>
                <w:lang w:val="ru-RU"/>
              </w:rPr>
              <w:br/>
              <w:t>Синицын Валентин Евгеньевич, д.м.н., профессор, заведующий кафедрой лучевой диагностики и терапии факультета фундаментальной медицины МГУ им. М.В. Ломоносова, заведующий отделом лучевой диагностики МНОЦ МГУ, Президент РОРР, Москва</w:t>
            </w:r>
          </w:p>
        </w:tc>
      </w:tr>
      <w:tr w:rsidR="00B708BC" w:rsidRPr="003B47E8" w14:paraId="1A52A60F" w14:textId="77777777" w:rsidTr="002427F1">
        <w:trPr>
          <w:cantSplit/>
          <w:jc w:val="center"/>
        </w:trPr>
        <w:tc>
          <w:tcPr>
            <w:tcW w:w="159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40DFD" w14:textId="77777777" w:rsidR="00B708BC" w:rsidRPr="00172D36" w:rsidRDefault="00B708BC" w:rsidP="00B708BC">
            <w:pPr>
              <w:jc w:val="center"/>
              <w:rPr>
                <w:lang w:val="ru-RU"/>
              </w:rPr>
            </w:pPr>
            <w:r w:rsidRPr="00172D36">
              <w:rPr>
                <w:b/>
                <w:sz w:val="18"/>
              </w:rPr>
              <w:t>11:</w:t>
            </w:r>
            <w:r w:rsidRPr="00172D36">
              <w:rPr>
                <w:b/>
                <w:sz w:val="18"/>
                <w:lang w:val="ru-RU"/>
              </w:rPr>
              <w:t>30</w:t>
            </w:r>
            <w:r w:rsidRPr="00172D36">
              <w:rPr>
                <w:b/>
                <w:sz w:val="18"/>
              </w:rPr>
              <w:t>–1</w:t>
            </w:r>
            <w:r w:rsidRPr="00172D36">
              <w:rPr>
                <w:b/>
                <w:sz w:val="18"/>
                <w:lang w:val="ru-RU"/>
              </w:rPr>
              <w:t>2</w:t>
            </w:r>
            <w:r w:rsidRPr="00172D36">
              <w:rPr>
                <w:b/>
                <w:sz w:val="18"/>
              </w:rPr>
              <w:t>:</w:t>
            </w:r>
            <w:r w:rsidRPr="00172D36">
              <w:rPr>
                <w:b/>
                <w:sz w:val="18"/>
                <w:lang w:val="ru-RU"/>
              </w:rPr>
              <w:t>00</w:t>
            </w:r>
          </w:p>
        </w:tc>
        <w:tc>
          <w:tcPr>
            <w:tcW w:w="56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972DC" w14:textId="77777777" w:rsidR="00B708BC" w:rsidRPr="00172D36" w:rsidRDefault="00B708BC" w:rsidP="00B708BC">
            <w:pPr>
              <w:rPr>
                <w:lang w:val="ru-RU"/>
              </w:rPr>
            </w:pPr>
            <w:r w:rsidRPr="00172D36">
              <w:rPr>
                <w:sz w:val="19"/>
                <w:lang w:val="ru-RU"/>
              </w:rPr>
              <w:t xml:space="preserve">КТ и МРТ органов брюшной полости: базовый диагностический алгоритм </w:t>
            </w:r>
          </w:p>
        </w:tc>
        <w:tc>
          <w:tcPr>
            <w:tcW w:w="33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8347F" w14:textId="77777777" w:rsidR="00B708BC" w:rsidRPr="00172D36" w:rsidRDefault="00B708BC" w:rsidP="00B708BC">
            <w:pPr>
              <w:rPr>
                <w:lang w:val="ru-RU"/>
              </w:rPr>
            </w:pPr>
            <w:r w:rsidRPr="00172D36">
              <w:rPr>
                <w:sz w:val="17"/>
                <w:lang w:val="ru-RU"/>
              </w:rPr>
              <w:t>Синицын Валентин Евгеньевич, д.м.н., профессор, заведующий кафедрой лучевой диагностики и терапии факультета фундаментальной медицины МГУ им. М.В. Ломоносова, заведующий отделом лучевой диагностики МНОЦ МГУ, Президент РОРР, Москва</w:t>
            </w:r>
          </w:p>
        </w:tc>
      </w:tr>
      <w:tr w:rsidR="00B708BC" w:rsidRPr="00172D36" w14:paraId="102C027B" w14:textId="77777777" w:rsidTr="002427F1">
        <w:trPr>
          <w:cantSplit/>
          <w:jc w:val="center"/>
        </w:trPr>
        <w:tc>
          <w:tcPr>
            <w:tcW w:w="159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95095" w14:textId="77777777" w:rsidR="00B708BC" w:rsidRPr="00172D36" w:rsidRDefault="00B708BC" w:rsidP="00B708BC">
            <w:pPr>
              <w:jc w:val="center"/>
              <w:rPr>
                <w:b/>
                <w:sz w:val="18"/>
              </w:rPr>
            </w:pPr>
            <w:r w:rsidRPr="00172D36">
              <w:rPr>
                <w:b/>
                <w:sz w:val="18"/>
              </w:rPr>
              <w:lastRenderedPageBreak/>
              <w:t>1</w:t>
            </w:r>
            <w:r w:rsidRPr="00172D36">
              <w:rPr>
                <w:b/>
                <w:sz w:val="18"/>
                <w:lang w:val="ru-RU"/>
              </w:rPr>
              <w:t>2</w:t>
            </w:r>
            <w:r w:rsidRPr="00172D36">
              <w:rPr>
                <w:b/>
                <w:sz w:val="18"/>
              </w:rPr>
              <w:t>:</w:t>
            </w:r>
            <w:r w:rsidRPr="00172D36">
              <w:rPr>
                <w:b/>
                <w:sz w:val="18"/>
                <w:lang w:val="ru-RU"/>
              </w:rPr>
              <w:t>00</w:t>
            </w:r>
            <w:r w:rsidRPr="00172D36">
              <w:rPr>
                <w:b/>
                <w:sz w:val="18"/>
              </w:rPr>
              <w:t>–12:</w:t>
            </w:r>
            <w:r w:rsidRPr="00172D36">
              <w:rPr>
                <w:b/>
                <w:sz w:val="18"/>
                <w:lang w:val="ru-RU"/>
              </w:rPr>
              <w:t>30</w:t>
            </w:r>
          </w:p>
        </w:tc>
        <w:tc>
          <w:tcPr>
            <w:tcW w:w="56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55ABE" w14:textId="77777777" w:rsidR="00B708BC" w:rsidRPr="00172D36" w:rsidRDefault="00B708BC" w:rsidP="00B708BC">
            <w:pPr>
              <w:rPr>
                <w:sz w:val="19"/>
                <w:lang w:val="ru-RU"/>
              </w:rPr>
            </w:pPr>
            <w:r w:rsidRPr="00172D36">
              <w:rPr>
                <w:sz w:val="19"/>
                <w:lang w:val="ru-RU"/>
              </w:rPr>
              <w:t xml:space="preserve">Структура заключения </w:t>
            </w:r>
            <w:proofErr w:type="spellStart"/>
            <w:r w:rsidRPr="00172D36">
              <w:rPr>
                <w:sz w:val="19"/>
                <w:lang w:val="ru-RU"/>
              </w:rPr>
              <w:t>мпМРТ</w:t>
            </w:r>
            <w:proofErr w:type="spellEnd"/>
            <w:r w:rsidRPr="00172D36">
              <w:rPr>
                <w:sz w:val="19"/>
                <w:lang w:val="ru-RU"/>
              </w:rPr>
              <w:t xml:space="preserve"> при раке предстательной железы: рекомендации на основе опыта. </w:t>
            </w:r>
          </w:p>
        </w:tc>
        <w:tc>
          <w:tcPr>
            <w:tcW w:w="33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6F32D" w14:textId="77777777" w:rsidR="00B708BC" w:rsidRPr="00172D36" w:rsidRDefault="00B708BC" w:rsidP="00B708BC">
            <w:pPr>
              <w:rPr>
                <w:sz w:val="17"/>
                <w:lang w:val="ru-RU"/>
              </w:rPr>
            </w:pPr>
            <w:r w:rsidRPr="00172D36">
              <w:rPr>
                <w:sz w:val="17"/>
                <w:lang w:val="ru-RU"/>
              </w:rPr>
              <w:t>Мищенко Андрей Владимирович, д.м.н., профессор, ведущий научный сотрудник научного отделения диагностической и интервенционной радиологии НМИЦ онкологии им. Н.Н. Петрова Минздрава России, Санкт-Петербург</w:t>
            </w:r>
          </w:p>
        </w:tc>
      </w:tr>
      <w:tr w:rsidR="00B708BC" w:rsidRPr="00172D36" w14:paraId="3176B417" w14:textId="77777777" w:rsidTr="002427F1">
        <w:trPr>
          <w:cantSplit/>
          <w:jc w:val="center"/>
        </w:trPr>
        <w:tc>
          <w:tcPr>
            <w:tcW w:w="159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7E95A" w14:textId="77777777" w:rsidR="00B708BC" w:rsidRPr="00172D36" w:rsidRDefault="00B708BC" w:rsidP="00B708BC">
            <w:pPr>
              <w:jc w:val="center"/>
              <w:rPr>
                <w:b/>
                <w:sz w:val="18"/>
                <w:lang w:val="ru-RU"/>
              </w:rPr>
            </w:pPr>
            <w:r w:rsidRPr="00172D36">
              <w:rPr>
                <w:b/>
                <w:sz w:val="18"/>
                <w:lang w:val="ru-RU"/>
              </w:rPr>
              <w:t>12:30 -13:00</w:t>
            </w:r>
          </w:p>
        </w:tc>
        <w:tc>
          <w:tcPr>
            <w:tcW w:w="56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FCBCE" w14:textId="77777777" w:rsidR="00B708BC" w:rsidRPr="00172D36" w:rsidRDefault="00B708BC" w:rsidP="00B708BC">
            <w:pPr>
              <w:rPr>
                <w:sz w:val="19"/>
                <w:lang w:val="ru-RU"/>
              </w:rPr>
            </w:pPr>
            <w:r w:rsidRPr="00172D36">
              <w:rPr>
                <w:sz w:val="19"/>
                <w:lang w:val="ru-RU"/>
              </w:rPr>
              <w:t>Интерактивный разбор клинических случаев. Вопросы молодым специалистам и ответы эксперта</w:t>
            </w:r>
          </w:p>
        </w:tc>
        <w:tc>
          <w:tcPr>
            <w:tcW w:w="33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A7AD3" w14:textId="77777777" w:rsidR="00B708BC" w:rsidRPr="00172D36" w:rsidRDefault="00B708BC" w:rsidP="00B708BC">
            <w:pPr>
              <w:rPr>
                <w:sz w:val="17"/>
                <w:lang w:val="ru-RU"/>
              </w:rPr>
            </w:pPr>
            <w:r w:rsidRPr="00172D36">
              <w:rPr>
                <w:sz w:val="17"/>
                <w:lang w:val="ru-RU"/>
              </w:rPr>
              <w:t xml:space="preserve">Мищенко Андрей Владимирович, д.м.н., профессор, ведущий научный сотрудник научного отделения диагностической и интервенционной радиологии НМИЦ онкологии им. </w:t>
            </w:r>
            <w:r w:rsidRPr="00172D36">
              <w:rPr>
                <w:sz w:val="17"/>
              </w:rPr>
              <w:t xml:space="preserve">Н.Н. </w:t>
            </w:r>
            <w:proofErr w:type="spellStart"/>
            <w:r w:rsidRPr="00172D36">
              <w:rPr>
                <w:sz w:val="17"/>
              </w:rPr>
              <w:t>Петрова</w:t>
            </w:r>
            <w:proofErr w:type="spellEnd"/>
            <w:r w:rsidRPr="00172D36">
              <w:rPr>
                <w:sz w:val="17"/>
              </w:rPr>
              <w:t xml:space="preserve"> </w:t>
            </w:r>
            <w:proofErr w:type="spellStart"/>
            <w:r w:rsidRPr="00172D36">
              <w:rPr>
                <w:sz w:val="17"/>
              </w:rPr>
              <w:t>Минздрава</w:t>
            </w:r>
            <w:proofErr w:type="spellEnd"/>
            <w:r w:rsidRPr="00172D36">
              <w:rPr>
                <w:sz w:val="17"/>
              </w:rPr>
              <w:t xml:space="preserve"> </w:t>
            </w:r>
            <w:proofErr w:type="spellStart"/>
            <w:r w:rsidRPr="00172D36">
              <w:rPr>
                <w:sz w:val="17"/>
              </w:rPr>
              <w:t>России</w:t>
            </w:r>
            <w:proofErr w:type="spellEnd"/>
            <w:r w:rsidRPr="00172D36">
              <w:rPr>
                <w:sz w:val="17"/>
              </w:rPr>
              <w:t xml:space="preserve">, </w:t>
            </w:r>
            <w:proofErr w:type="spellStart"/>
            <w:r w:rsidRPr="00172D36">
              <w:rPr>
                <w:sz w:val="17"/>
              </w:rPr>
              <w:t>Санкт-Петербург</w:t>
            </w:r>
            <w:proofErr w:type="spellEnd"/>
          </w:p>
        </w:tc>
      </w:tr>
      <w:tr w:rsidR="00B708BC" w:rsidRPr="003B47E8" w14:paraId="6EACC63C" w14:textId="77777777" w:rsidTr="002427F1">
        <w:trPr>
          <w:cantSplit/>
          <w:jc w:val="center"/>
        </w:trPr>
        <w:tc>
          <w:tcPr>
            <w:tcW w:w="159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79C1D" w14:textId="77777777" w:rsidR="00B708BC" w:rsidRPr="00172D36" w:rsidRDefault="00B708BC" w:rsidP="00B708BC">
            <w:pPr>
              <w:jc w:val="center"/>
              <w:rPr>
                <w:b/>
                <w:sz w:val="18"/>
                <w:lang w:val="ru-RU"/>
              </w:rPr>
            </w:pPr>
            <w:r w:rsidRPr="00172D36">
              <w:rPr>
                <w:b/>
                <w:sz w:val="18"/>
              </w:rPr>
              <w:t>1</w:t>
            </w:r>
            <w:r w:rsidRPr="00172D36">
              <w:rPr>
                <w:b/>
                <w:sz w:val="18"/>
                <w:lang w:val="ru-RU"/>
              </w:rPr>
              <w:t>3</w:t>
            </w:r>
            <w:r w:rsidRPr="00172D36">
              <w:rPr>
                <w:b/>
                <w:sz w:val="18"/>
              </w:rPr>
              <w:t>:</w:t>
            </w:r>
            <w:r w:rsidRPr="00172D36">
              <w:rPr>
                <w:b/>
                <w:sz w:val="18"/>
                <w:lang w:val="ru-RU"/>
              </w:rPr>
              <w:t>00</w:t>
            </w:r>
            <w:r w:rsidRPr="00172D36">
              <w:rPr>
                <w:b/>
                <w:sz w:val="18"/>
              </w:rPr>
              <w:t>–13:</w:t>
            </w:r>
            <w:r w:rsidRPr="00172D36">
              <w:rPr>
                <w:b/>
                <w:sz w:val="18"/>
                <w:lang w:val="ru-RU"/>
              </w:rPr>
              <w:t>30</w:t>
            </w:r>
          </w:p>
        </w:tc>
        <w:tc>
          <w:tcPr>
            <w:tcW w:w="56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CE27F" w14:textId="77777777" w:rsidR="00B708BC" w:rsidRPr="00172D36" w:rsidRDefault="00B708BC" w:rsidP="00B708BC">
            <w:pPr>
              <w:rPr>
                <w:sz w:val="19"/>
                <w:lang w:val="ru-RU"/>
              </w:rPr>
            </w:pPr>
            <w:r w:rsidRPr="00172D36">
              <w:rPr>
                <w:sz w:val="19"/>
                <w:lang w:val="ru-RU"/>
              </w:rPr>
              <w:t>КТ-ангиография: стандарты описания от сосудов головы/шеи до нижней полой вены</w:t>
            </w:r>
          </w:p>
        </w:tc>
        <w:tc>
          <w:tcPr>
            <w:tcW w:w="33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9F370" w14:textId="77777777" w:rsidR="00B708BC" w:rsidRPr="00172D36" w:rsidRDefault="00B708BC" w:rsidP="00B708BC">
            <w:pPr>
              <w:rPr>
                <w:sz w:val="17"/>
                <w:lang w:val="ru-RU"/>
              </w:rPr>
            </w:pPr>
            <w:r w:rsidRPr="00172D36">
              <w:rPr>
                <w:sz w:val="17"/>
                <w:lang w:val="ru-RU"/>
              </w:rPr>
              <w:t xml:space="preserve">Сухова Марина Борисовна, </w:t>
            </w:r>
            <w:proofErr w:type="spellStart"/>
            <w:proofErr w:type="gramStart"/>
            <w:r w:rsidRPr="00172D36">
              <w:rPr>
                <w:sz w:val="17"/>
                <w:lang w:val="ru-RU"/>
              </w:rPr>
              <w:t>д.м.н.,доцент</w:t>
            </w:r>
            <w:proofErr w:type="spellEnd"/>
            <w:proofErr w:type="gramEnd"/>
            <w:r w:rsidRPr="00172D36">
              <w:rPr>
                <w:sz w:val="17"/>
                <w:lang w:val="ru-RU"/>
              </w:rPr>
              <w:t xml:space="preserve"> зав. РДО ГБУЗНО НИИ-СККБ </w:t>
            </w:r>
            <w:proofErr w:type="spellStart"/>
            <w:r w:rsidRPr="00172D36">
              <w:rPr>
                <w:sz w:val="17"/>
                <w:lang w:val="ru-RU"/>
              </w:rPr>
              <w:t>им.акад</w:t>
            </w:r>
            <w:proofErr w:type="spellEnd"/>
            <w:r w:rsidRPr="00172D36">
              <w:rPr>
                <w:sz w:val="17"/>
                <w:lang w:val="ru-RU"/>
              </w:rPr>
              <w:t xml:space="preserve">. </w:t>
            </w:r>
            <w:proofErr w:type="spellStart"/>
            <w:r w:rsidRPr="00172D36">
              <w:rPr>
                <w:sz w:val="17"/>
                <w:lang w:val="ru-RU"/>
              </w:rPr>
              <w:t>Б.А.Королёва</w:t>
            </w:r>
            <w:proofErr w:type="spellEnd"/>
            <w:r w:rsidRPr="00172D36">
              <w:rPr>
                <w:sz w:val="17"/>
                <w:lang w:val="ru-RU"/>
              </w:rPr>
              <w:t xml:space="preserve">, г. Нижний Новгород; </w:t>
            </w:r>
            <w:proofErr w:type="spellStart"/>
            <w:r w:rsidRPr="00172D36">
              <w:rPr>
                <w:sz w:val="17"/>
                <w:lang w:val="ru-RU"/>
              </w:rPr>
              <w:t>зав.кафедрой</w:t>
            </w:r>
            <w:proofErr w:type="spellEnd"/>
            <w:r w:rsidRPr="00172D36">
              <w:rPr>
                <w:sz w:val="17"/>
                <w:lang w:val="ru-RU"/>
              </w:rPr>
              <w:t xml:space="preserve"> лучевой диагностики ФГБОУ ВО «ПИМУ» Минздрава России</w:t>
            </w:r>
          </w:p>
        </w:tc>
      </w:tr>
      <w:tr w:rsidR="00B708BC" w:rsidRPr="00172D36" w14:paraId="52DF93AE" w14:textId="77777777" w:rsidTr="002427F1">
        <w:trPr>
          <w:cantSplit/>
          <w:jc w:val="center"/>
        </w:trPr>
        <w:tc>
          <w:tcPr>
            <w:tcW w:w="1597" w:type="dxa"/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DCEA0" w14:textId="77777777" w:rsidR="00B708BC" w:rsidRPr="00172D36" w:rsidRDefault="00B708BC" w:rsidP="00B708BC">
            <w:pPr>
              <w:jc w:val="center"/>
              <w:rPr>
                <w:lang w:val="ru-RU"/>
              </w:rPr>
            </w:pPr>
            <w:r w:rsidRPr="00172D36">
              <w:rPr>
                <w:b/>
                <w:sz w:val="19"/>
              </w:rPr>
              <w:t>13:</w:t>
            </w:r>
            <w:r w:rsidRPr="00172D36">
              <w:rPr>
                <w:b/>
                <w:sz w:val="19"/>
                <w:lang w:val="ru-RU"/>
              </w:rPr>
              <w:t>3</w:t>
            </w:r>
            <w:r w:rsidRPr="00172D36">
              <w:rPr>
                <w:b/>
                <w:sz w:val="19"/>
              </w:rPr>
              <w:t>0–1</w:t>
            </w:r>
            <w:r w:rsidRPr="00172D36">
              <w:rPr>
                <w:b/>
                <w:sz w:val="19"/>
                <w:lang w:val="ru-RU"/>
              </w:rPr>
              <w:t>3</w:t>
            </w:r>
            <w:r w:rsidRPr="00172D36">
              <w:rPr>
                <w:b/>
                <w:sz w:val="19"/>
              </w:rPr>
              <w:t>:</w:t>
            </w:r>
            <w:r w:rsidRPr="00172D36">
              <w:rPr>
                <w:b/>
                <w:sz w:val="19"/>
                <w:lang w:val="ru-RU"/>
              </w:rPr>
              <w:t>50</w:t>
            </w:r>
          </w:p>
        </w:tc>
        <w:tc>
          <w:tcPr>
            <w:tcW w:w="9014" w:type="dxa"/>
            <w:gridSpan w:val="2"/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CC071" w14:textId="77777777" w:rsidR="00B708BC" w:rsidRPr="00172D36" w:rsidRDefault="00B708BC" w:rsidP="00B708BC">
            <w:pPr>
              <w:rPr>
                <w:lang w:val="ru-RU"/>
              </w:rPr>
            </w:pPr>
            <w:r w:rsidRPr="00172D36">
              <w:rPr>
                <w:b/>
                <w:lang w:val="ru-RU"/>
              </w:rPr>
              <w:t>Перерыв</w:t>
            </w:r>
          </w:p>
        </w:tc>
      </w:tr>
      <w:tr w:rsidR="00B708BC" w:rsidRPr="003B47E8" w14:paraId="76562540" w14:textId="77777777" w:rsidTr="002427F1">
        <w:trPr>
          <w:cantSplit/>
          <w:jc w:val="center"/>
        </w:trPr>
        <w:tc>
          <w:tcPr>
            <w:tcW w:w="1597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151E0" w14:textId="77777777" w:rsidR="00B708BC" w:rsidRPr="00172D36" w:rsidRDefault="00B708BC" w:rsidP="00B708BC">
            <w:pPr>
              <w:keepNext/>
              <w:jc w:val="center"/>
              <w:rPr>
                <w:lang w:val="ru-RU"/>
              </w:rPr>
            </w:pPr>
            <w:r w:rsidRPr="00172D36">
              <w:rPr>
                <w:b/>
                <w:sz w:val="19"/>
                <w:lang w:val="ru-RU"/>
              </w:rPr>
              <w:t>13:50</w:t>
            </w:r>
            <w:r w:rsidRPr="00172D36">
              <w:rPr>
                <w:b/>
                <w:sz w:val="19"/>
              </w:rPr>
              <w:t>–1</w:t>
            </w:r>
            <w:r w:rsidRPr="00172D36">
              <w:rPr>
                <w:b/>
                <w:sz w:val="19"/>
                <w:lang w:val="ru-RU"/>
              </w:rPr>
              <w:t>5</w:t>
            </w:r>
            <w:r w:rsidRPr="00172D36">
              <w:rPr>
                <w:b/>
                <w:sz w:val="19"/>
              </w:rPr>
              <w:t>:</w:t>
            </w:r>
            <w:r w:rsidRPr="00172D36">
              <w:rPr>
                <w:b/>
                <w:sz w:val="19"/>
                <w:lang w:val="ru-RU"/>
              </w:rPr>
              <w:t>30</w:t>
            </w:r>
          </w:p>
        </w:tc>
        <w:tc>
          <w:tcPr>
            <w:tcW w:w="9014" w:type="dxa"/>
            <w:gridSpan w:val="2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EEC26" w14:textId="77777777" w:rsidR="00B708BC" w:rsidRPr="00172D36" w:rsidRDefault="00B708BC" w:rsidP="00B708BC">
            <w:pPr>
              <w:keepNext/>
              <w:rPr>
                <w:lang w:val="ru-RU"/>
              </w:rPr>
            </w:pPr>
            <w:r w:rsidRPr="00172D36">
              <w:rPr>
                <w:b/>
                <w:lang w:val="ru-RU"/>
              </w:rPr>
              <w:t>Секция «Сердце и сосуды: КТ, МРТ и ПЭТ/КТ»</w:t>
            </w:r>
          </w:p>
        </w:tc>
      </w:tr>
      <w:tr w:rsidR="00B708BC" w:rsidRPr="003B47E8" w14:paraId="44392E52" w14:textId="77777777" w:rsidTr="002427F1">
        <w:trPr>
          <w:cantSplit/>
          <w:jc w:val="center"/>
        </w:trPr>
        <w:tc>
          <w:tcPr>
            <w:tcW w:w="159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19A09" w14:textId="77777777" w:rsidR="00B708BC" w:rsidRPr="00172D36" w:rsidRDefault="00B708BC" w:rsidP="00B708BC">
            <w:pPr>
              <w:rPr>
                <w:lang w:val="ru-RU"/>
              </w:rPr>
            </w:pPr>
          </w:p>
        </w:tc>
        <w:tc>
          <w:tcPr>
            <w:tcW w:w="9014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F1659" w14:textId="3AA8E7AB" w:rsidR="00E249FC" w:rsidRPr="00E249FC" w:rsidRDefault="00B708BC" w:rsidP="00B708BC">
            <w:pPr>
              <w:rPr>
                <w:sz w:val="17"/>
                <w:lang w:val="ru-RU"/>
              </w:rPr>
            </w:pPr>
            <w:r w:rsidRPr="00172D36">
              <w:rPr>
                <w:b/>
                <w:sz w:val="18"/>
                <w:lang w:val="ru-RU"/>
              </w:rPr>
              <w:t>Модераторы:</w:t>
            </w:r>
            <w:r w:rsidRPr="00172D36">
              <w:rPr>
                <w:b/>
                <w:sz w:val="18"/>
                <w:lang w:val="ru-RU"/>
              </w:rPr>
              <w:br/>
            </w:r>
            <w:r w:rsidRPr="00172D36">
              <w:rPr>
                <w:sz w:val="18"/>
                <w:lang w:val="ru-RU"/>
              </w:rPr>
              <w:t>Синицын Валентин Евгеньевич, д.м.н., профессор, заведующий кафедрой лучевой диагностики и терапии факультета фундаментальной медицины МГУ им. М.В. Ломоносова, заведующий отделом лучевой диагностики МНОЦ МГУ, Президент РОРР, Москва</w:t>
            </w:r>
            <w:r w:rsidRPr="00172D36">
              <w:rPr>
                <w:sz w:val="18"/>
                <w:lang w:val="ru-RU"/>
              </w:rPr>
              <w:br/>
            </w:r>
            <w:r w:rsidRPr="00172D36">
              <w:rPr>
                <w:sz w:val="18"/>
                <w:lang w:val="ru-RU"/>
              </w:rPr>
              <w:br/>
              <w:t xml:space="preserve">Сухова Марина Борисовна, </w:t>
            </w:r>
            <w:proofErr w:type="spellStart"/>
            <w:r w:rsidRPr="00172D36">
              <w:rPr>
                <w:sz w:val="17"/>
                <w:lang w:val="ru-RU"/>
              </w:rPr>
              <w:t>д.м.н.,доцент</w:t>
            </w:r>
            <w:proofErr w:type="spellEnd"/>
            <w:r w:rsidRPr="00172D36">
              <w:rPr>
                <w:sz w:val="17"/>
                <w:lang w:val="ru-RU"/>
              </w:rPr>
              <w:t xml:space="preserve"> зав. РДО ГБУЗНО НИИ-СККБ </w:t>
            </w:r>
            <w:proofErr w:type="spellStart"/>
            <w:r w:rsidRPr="00172D36">
              <w:rPr>
                <w:sz w:val="17"/>
                <w:lang w:val="ru-RU"/>
              </w:rPr>
              <w:t>им.акад</w:t>
            </w:r>
            <w:proofErr w:type="spellEnd"/>
            <w:r w:rsidRPr="00172D36">
              <w:rPr>
                <w:sz w:val="17"/>
                <w:lang w:val="ru-RU"/>
              </w:rPr>
              <w:t xml:space="preserve">. </w:t>
            </w:r>
            <w:proofErr w:type="spellStart"/>
            <w:r w:rsidRPr="00172D36">
              <w:rPr>
                <w:sz w:val="17"/>
                <w:lang w:val="ru-RU"/>
              </w:rPr>
              <w:t>Б.А.Королёва</w:t>
            </w:r>
            <w:proofErr w:type="spellEnd"/>
            <w:r w:rsidRPr="00172D36">
              <w:rPr>
                <w:sz w:val="17"/>
                <w:lang w:val="ru-RU"/>
              </w:rPr>
              <w:t xml:space="preserve">, г. Нижний Новгород; </w:t>
            </w:r>
            <w:proofErr w:type="spellStart"/>
            <w:r w:rsidRPr="00172D36">
              <w:rPr>
                <w:sz w:val="17"/>
                <w:lang w:val="ru-RU"/>
              </w:rPr>
              <w:t>зав.кафедрой</w:t>
            </w:r>
            <w:proofErr w:type="spellEnd"/>
            <w:r w:rsidRPr="00172D36">
              <w:rPr>
                <w:sz w:val="17"/>
                <w:lang w:val="ru-RU"/>
              </w:rPr>
              <w:t xml:space="preserve"> лучевой диагностики ФГБОУ ВО «ПИМУ» Минздрава России</w:t>
            </w:r>
            <w:r w:rsidR="00E249FC">
              <w:rPr>
                <w:sz w:val="17"/>
                <w:lang w:val="ru-RU"/>
              </w:rPr>
              <w:t xml:space="preserve"> </w:t>
            </w:r>
          </w:p>
        </w:tc>
      </w:tr>
      <w:tr w:rsidR="001E2A00" w:rsidRPr="003B47E8" w14:paraId="5D58635B" w14:textId="77777777" w:rsidTr="002427F1">
        <w:trPr>
          <w:cantSplit/>
          <w:jc w:val="center"/>
        </w:trPr>
        <w:tc>
          <w:tcPr>
            <w:tcW w:w="159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2DF65" w14:textId="77777777" w:rsidR="001E2A00" w:rsidRPr="00172D36" w:rsidRDefault="001E2A00" w:rsidP="001E2A00">
            <w:pPr>
              <w:jc w:val="center"/>
              <w:rPr>
                <w:b/>
                <w:sz w:val="18"/>
              </w:rPr>
            </w:pPr>
            <w:r w:rsidRPr="00172D36">
              <w:rPr>
                <w:b/>
                <w:sz w:val="18"/>
              </w:rPr>
              <w:t>1</w:t>
            </w:r>
            <w:r w:rsidRPr="00172D36">
              <w:rPr>
                <w:b/>
                <w:sz w:val="18"/>
                <w:lang w:val="ru-RU"/>
              </w:rPr>
              <w:t>3</w:t>
            </w:r>
            <w:r w:rsidRPr="00172D36">
              <w:rPr>
                <w:b/>
                <w:sz w:val="18"/>
              </w:rPr>
              <w:t>:</w:t>
            </w:r>
            <w:r w:rsidRPr="00172D36">
              <w:rPr>
                <w:b/>
                <w:sz w:val="18"/>
                <w:lang w:val="ru-RU"/>
              </w:rPr>
              <w:t>5</w:t>
            </w:r>
            <w:r w:rsidRPr="00172D36">
              <w:rPr>
                <w:b/>
                <w:sz w:val="18"/>
              </w:rPr>
              <w:t>0–1</w:t>
            </w:r>
            <w:r w:rsidRPr="00172D36">
              <w:rPr>
                <w:b/>
                <w:sz w:val="18"/>
                <w:lang w:val="ru-RU"/>
              </w:rPr>
              <w:t>4</w:t>
            </w:r>
            <w:r w:rsidRPr="00172D36">
              <w:rPr>
                <w:b/>
                <w:sz w:val="18"/>
              </w:rPr>
              <w:t>:</w:t>
            </w:r>
            <w:r w:rsidRPr="00172D36">
              <w:rPr>
                <w:b/>
                <w:sz w:val="18"/>
                <w:lang w:val="ru-RU"/>
              </w:rPr>
              <w:t>2</w:t>
            </w:r>
            <w:r w:rsidRPr="00172D36">
              <w:rPr>
                <w:b/>
                <w:sz w:val="18"/>
              </w:rPr>
              <w:t>0</w:t>
            </w:r>
          </w:p>
        </w:tc>
        <w:tc>
          <w:tcPr>
            <w:tcW w:w="56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831A2" w14:textId="77777777" w:rsidR="006F40E1" w:rsidRDefault="001E2A00" w:rsidP="001E2A00">
            <w:pPr>
              <w:rPr>
                <w:sz w:val="19"/>
                <w:lang w:val="ru-RU"/>
              </w:rPr>
            </w:pPr>
            <w:r w:rsidRPr="00172D36">
              <w:rPr>
                <w:sz w:val="19"/>
                <w:lang w:val="ru-RU"/>
              </w:rPr>
              <w:t>КТ-</w:t>
            </w:r>
            <w:proofErr w:type="spellStart"/>
            <w:r w:rsidRPr="00172D36">
              <w:rPr>
                <w:sz w:val="19"/>
                <w:lang w:val="ru-RU"/>
              </w:rPr>
              <w:t>ангиопульмонография</w:t>
            </w:r>
            <w:proofErr w:type="spellEnd"/>
            <w:r w:rsidRPr="00172D36">
              <w:rPr>
                <w:sz w:val="19"/>
                <w:lang w:val="ru-RU"/>
              </w:rPr>
              <w:t xml:space="preserve"> без ошибок: </w:t>
            </w:r>
            <w:proofErr w:type="gramStart"/>
            <w:r w:rsidRPr="00172D36">
              <w:rPr>
                <w:sz w:val="19"/>
                <w:lang w:val="ru-RU"/>
              </w:rPr>
              <w:t>пути  и</w:t>
            </w:r>
            <w:proofErr w:type="gramEnd"/>
            <w:r w:rsidRPr="00172D36">
              <w:rPr>
                <w:sz w:val="19"/>
                <w:lang w:val="ru-RU"/>
              </w:rPr>
              <w:t xml:space="preserve"> способы контрастирования </w:t>
            </w:r>
          </w:p>
          <w:p w14:paraId="49311D34" w14:textId="46A0F808" w:rsidR="001E2A00" w:rsidRPr="00172D36" w:rsidRDefault="001E2A00" w:rsidP="001E2A00">
            <w:pPr>
              <w:rPr>
                <w:sz w:val="19"/>
                <w:lang w:val="ru-RU"/>
              </w:rPr>
            </w:pPr>
            <w:r w:rsidRPr="004363D0">
              <w:rPr>
                <w:b/>
                <w:bCs/>
                <w:sz w:val="19"/>
                <w:lang w:val="ru-RU"/>
              </w:rPr>
              <w:t>(при поддержке АО Байер</w:t>
            </w:r>
            <w:r w:rsidR="00FC720D" w:rsidRPr="004363D0">
              <w:rPr>
                <w:b/>
                <w:bCs/>
                <w:sz w:val="19"/>
                <w:lang w:val="ru-RU"/>
              </w:rPr>
              <w:t xml:space="preserve"> </w:t>
            </w:r>
            <w:r w:rsidR="00FC720D" w:rsidRPr="004363D0">
              <w:rPr>
                <w:b/>
                <w:bCs/>
                <w:lang w:val="ru-RU"/>
              </w:rPr>
              <w:t>не обеспечивается кредитами НМО</w:t>
            </w:r>
            <w:r w:rsidRPr="004363D0">
              <w:rPr>
                <w:b/>
                <w:bCs/>
                <w:sz w:val="19"/>
                <w:lang w:val="ru-RU"/>
              </w:rPr>
              <w:t>)</w:t>
            </w:r>
          </w:p>
        </w:tc>
        <w:tc>
          <w:tcPr>
            <w:tcW w:w="33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A22DD" w14:textId="77777777" w:rsidR="001E2A00" w:rsidRPr="00172D36" w:rsidRDefault="001E2A00" w:rsidP="001E2A00">
            <w:pPr>
              <w:rPr>
                <w:sz w:val="17"/>
                <w:lang w:val="ru-RU"/>
              </w:rPr>
            </w:pPr>
            <w:r w:rsidRPr="00172D36">
              <w:rPr>
                <w:sz w:val="17"/>
                <w:lang w:val="ru-RU"/>
              </w:rPr>
              <w:t xml:space="preserve">Сухова Марина Борисовна, </w:t>
            </w:r>
            <w:proofErr w:type="spellStart"/>
            <w:proofErr w:type="gramStart"/>
            <w:r w:rsidRPr="00172D36">
              <w:rPr>
                <w:sz w:val="17"/>
                <w:lang w:val="ru-RU"/>
              </w:rPr>
              <w:t>д.м.н.,доцент</w:t>
            </w:r>
            <w:proofErr w:type="spellEnd"/>
            <w:proofErr w:type="gramEnd"/>
            <w:r w:rsidRPr="00172D36">
              <w:rPr>
                <w:sz w:val="17"/>
                <w:lang w:val="ru-RU"/>
              </w:rPr>
              <w:t xml:space="preserve"> зав. РДО ГБУЗНО НИИ-СККБ </w:t>
            </w:r>
            <w:proofErr w:type="spellStart"/>
            <w:r w:rsidRPr="00172D36">
              <w:rPr>
                <w:sz w:val="17"/>
                <w:lang w:val="ru-RU"/>
              </w:rPr>
              <w:t>им.акад</w:t>
            </w:r>
            <w:proofErr w:type="spellEnd"/>
            <w:r w:rsidRPr="00172D36">
              <w:rPr>
                <w:sz w:val="17"/>
                <w:lang w:val="ru-RU"/>
              </w:rPr>
              <w:t xml:space="preserve">. </w:t>
            </w:r>
            <w:proofErr w:type="spellStart"/>
            <w:r w:rsidRPr="00172D36">
              <w:rPr>
                <w:sz w:val="17"/>
                <w:lang w:val="ru-RU"/>
              </w:rPr>
              <w:t>Б.А.Королёва</w:t>
            </w:r>
            <w:proofErr w:type="spellEnd"/>
            <w:r w:rsidRPr="00172D36">
              <w:rPr>
                <w:sz w:val="17"/>
                <w:lang w:val="ru-RU"/>
              </w:rPr>
              <w:t xml:space="preserve">, г. Нижний Новгород; </w:t>
            </w:r>
            <w:proofErr w:type="spellStart"/>
            <w:r w:rsidRPr="00172D36">
              <w:rPr>
                <w:sz w:val="17"/>
                <w:lang w:val="ru-RU"/>
              </w:rPr>
              <w:t>зав.кафедрой</w:t>
            </w:r>
            <w:proofErr w:type="spellEnd"/>
            <w:r w:rsidRPr="00172D36">
              <w:rPr>
                <w:sz w:val="17"/>
                <w:lang w:val="ru-RU"/>
              </w:rPr>
              <w:t xml:space="preserve"> лучевой диагностики ФГБОУ ВО «ПИМУ» Минздрава России</w:t>
            </w:r>
          </w:p>
        </w:tc>
      </w:tr>
      <w:tr w:rsidR="001E2A00" w:rsidRPr="003B47E8" w14:paraId="2A4809E5" w14:textId="77777777" w:rsidTr="002427F1">
        <w:trPr>
          <w:cantSplit/>
          <w:jc w:val="center"/>
        </w:trPr>
        <w:tc>
          <w:tcPr>
            <w:tcW w:w="159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889A1" w14:textId="77777777" w:rsidR="001E2A00" w:rsidRPr="00172D36" w:rsidRDefault="001E2A00" w:rsidP="001E2A00">
            <w:pPr>
              <w:jc w:val="center"/>
            </w:pPr>
            <w:r w:rsidRPr="00172D36">
              <w:rPr>
                <w:b/>
                <w:sz w:val="18"/>
              </w:rPr>
              <w:t>1</w:t>
            </w:r>
            <w:r w:rsidRPr="00172D36">
              <w:rPr>
                <w:b/>
                <w:sz w:val="18"/>
                <w:lang w:val="ru-RU"/>
              </w:rPr>
              <w:t>4</w:t>
            </w:r>
            <w:r w:rsidRPr="00172D36">
              <w:rPr>
                <w:b/>
                <w:sz w:val="18"/>
              </w:rPr>
              <w:t>:</w:t>
            </w:r>
            <w:r w:rsidRPr="00172D36">
              <w:rPr>
                <w:b/>
                <w:sz w:val="18"/>
                <w:lang w:val="ru-RU"/>
              </w:rPr>
              <w:t>20</w:t>
            </w:r>
            <w:r w:rsidRPr="00172D36">
              <w:rPr>
                <w:b/>
                <w:sz w:val="18"/>
              </w:rPr>
              <w:t>–1</w:t>
            </w:r>
            <w:r w:rsidRPr="00172D36">
              <w:rPr>
                <w:b/>
                <w:sz w:val="18"/>
                <w:lang w:val="ru-RU"/>
              </w:rPr>
              <w:t>4</w:t>
            </w:r>
            <w:r w:rsidRPr="00172D36">
              <w:rPr>
                <w:b/>
                <w:sz w:val="18"/>
              </w:rPr>
              <w:t>:</w:t>
            </w:r>
            <w:r w:rsidRPr="00172D36">
              <w:rPr>
                <w:b/>
                <w:sz w:val="18"/>
                <w:lang w:val="ru-RU"/>
              </w:rPr>
              <w:t>5</w:t>
            </w:r>
            <w:r w:rsidRPr="00172D36">
              <w:rPr>
                <w:b/>
                <w:sz w:val="18"/>
              </w:rPr>
              <w:t>0</w:t>
            </w:r>
          </w:p>
        </w:tc>
        <w:tc>
          <w:tcPr>
            <w:tcW w:w="56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4AAB9" w14:textId="77777777" w:rsidR="001E2A00" w:rsidRPr="00172D36" w:rsidRDefault="001E2A00" w:rsidP="001E2A00">
            <w:pPr>
              <w:rPr>
                <w:lang w:val="ru-RU"/>
              </w:rPr>
            </w:pPr>
            <w:r w:rsidRPr="00172D36">
              <w:rPr>
                <w:sz w:val="19"/>
                <w:lang w:val="ru-RU"/>
              </w:rPr>
              <w:t>КТ и МРТ сердца: выбор метода, протокол исследования и клиническая интерпретация</w:t>
            </w:r>
          </w:p>
        </w:tc>
        <w:tc>
          <w:tcPr>
            <w:tcW w:w="33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64EC1" w14:textId="77777777" w:rsidR="001E2A00" w:rsidRPr="00172D36" w:rsidRDefault="001E2A00" w:rsidP="001E2A00">
            <w:pPr>
              <w:rPr>
                <w:lang w:val="ru-RU"/>
              </w:rPr>
            </w:pPr>
            <w:r w:rsidRPr="00172D36">
              <w:rPr>
                <w:sz w:val="17"/>
                <w:lang w:val="ru-RU"/>
              </w:rPr>
              <w:t>Синицын Валентин Евгеньевич, д.м.н., профессор, заведующий кафедрой лучевой диагностики и терапии факультета фундаментальной медицины МГУ им. М.В. Ломоносова, заведующий отделом лучевой диагностики МНОЦ МГУ, Президент РОРР, Москва</w:t>
            </w:r>
          </w:p>
        </w:tc>
      </w:tr>
      <w:tr w:rsidR="001E2A00" w:rsidRPr="003B47E8" w14:paraId="43878CF9" w14:textId="77777777" w:rsidTr="002427F1">
        <w:trPr>
          <w:cantSplit/>
          <w:jc w:val="center"/>
        </w:trPr>
        <w:tc>
          <w:tcPr>
            <w:tcW w:w="159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0707B" w14:textId="77777777" w:rsidR="001E2A00" w:rsidRPr="00172D36" w:rsidRDefault="001E2A00" w:rsidP="001E2A00">
            <w:pPr>
              <w:jc w:val="center"/>
            </w:pPr>
            <w:r w:rsidRPr="00172D36">
              <w:rPr>
                <w:b/>
                <w:sz w:val="18"/>
              </w:rPr>
              <w:t>1</w:t>
            </w:r>
            <w:r w:rsidRPr="00172D36">
              <w:rPr>
                <w:b/>
                <w:sz w:val="18"/>
                <w:lang w:val="ru-RU"/>
              </w:rPr>
              <w:t>4</w:t>
            </w:r>
            <w:r w:rsidRPr="00172D36">
              <w:rPr>
                <w:b/>
                <w:sz w:val="18"/>
              </w:rPr>
              <w:t>:</w:t>
            </w:r>
            <w:r w:rsidRPr="00172D36">
              <w:rPr>
                <w:b/>
                <w:sz w:val="18"/>
                <w:lang w:val="ru-RU"/>
              </w:rPr>
              <w:t>5</w:t>
            </w:r>
            <w:r w:rsidRPr="00172D36">
              <w:rPr>
                <w:b/>
                <w:sz w:val="18"/>
              </w:rPr>
              <w:t>0–1</w:t>
            </w:r>
            <w:r w:rsidRPr="00172D36">
              <w:rPr>
                <w:b/>
                <w:sz w:val="18"/>
                <w:lang w:val="ru-RU"/>
              </w:rPr>
              <w:t>5</w:t>
            </w:r>
            <w:r w:rsidRPr="00172D36">
              <w:rPr>
                <w:b/>
                <w:sz w:val="18"/>
              </w:rPr>
              <w:t>:</w:t>
            </w:r>
            <w:r w:rsidRPr="00172D36">
              <w:rPr>
                <w:b/>
                <w:sz w:val="18"/>
                <w:lang w:val="ru-RU"/>
              </w:rPr>
              <w:t>2</w:t>
            </w:r>
            <w:r w:rsidRPr="00172D36">
              <w:rPr>
                <w:b/>
                <w:sz w:val="18"/>
              </w:rPr>
              <w:t>0</w:t>
            </w:r>
          </w:p>
        </w:tc>
        <w:tc>
          <w:tcPr>
            <w:tcW w:w="56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7F3CE" w14:textId="77777777" w:rsidR="001E2A00" w:rsidRPr="00172D36" w:rsidRDefault="001E2A00" w:rsidP="001E2A00">
            <w:pPr>
              <w:rPr>
                <w:lang w:val="ru-RU"/>
              </w:rPr>
            </w:pPr>
            <w:r w:rsidRPr="00172D36">
              <w:rPr>
                <w:sz w:val="19"/>
                <w:lang w:val="ru-RU"/>
              </w:rPr>
              <w:t>Объёмные образования сердца: комплексный мультимодальный подход КТ, МРТ, ПЭТ/КТ</w:t>
            </w:r>
          </w:p>
        </w:tc>
        <w:tc>
          <w:tcPr>
            <w:tcW w:w="33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0E67F" w14:textId="77777777" w:rsidR="001E2A00" w:rsidRPr="00172D36" w:rsidRDefault="001E2A00" w:rsidP="001E2A00">
            <w:pPr>
              <w:rPr>
                <w:lang w:val="ru-RU"/>
              </w:rPr>
            </w:pPr>
            <w:proofErr w:type="spellStart"/>
            <w:r w:rsidRPr="00172D36">
              <w:rPr>
                <w:sz w:val="17"/>
                <w:lang w:val="ru-RU"/>
              </w:rPr>
              <w:t>Ручьёва</w:t>
            </w:r>
            <w:proofErr w:type="spellEnd"/>
            <w:r w:rsidRPr="00172D36">
              <w:rPr>
                <w:sz w:val="17"/>
                <w:lang w:val="ru-RU"/>
              </w:rPr>
              <w:t xml:space="preserve"> Наталья Александровна, к.м.н., научный сотрудник ФГБУ «НМИЦ терапии и профилактической медицины» Минздрава России, эксперт отдела экспертизы и качества ГБУЗ «НПКЦ </w:t>
            </w:r>
            <w:proofErr w:type="spellStart"/>
            <w:r w:rsidRPr="00172D36">
              <w:rPr>
                <w:sz w:val="17"/>
                <w:lang w:val="ru-RU"/>
              </w:rPr>
              <w:t>ДиТ</w:t>
            </w:r>
            <w:proofErr w:type="spellEnd"/>
            <w:r w:rsidRPr="00172D36">
              <w:rPr>
                <w:sz w:val="17"/>
                <w:lang w:val="ru-RU"/>
              </w:rPr>
              <w:t xml:space="preserve"> ДЗМ», Москва</w:t>
            </w:r>
          </w:p>
        </w:tc>
      </w:tr>
      <w:tr w:rsidR="001E2A00" w:rsidRPr="00D2151A" w14:paraId="3159E3AD" w14:textId="77777777" w:rsidTr="002427F1">
        <w:trPr>
          <w:cantSplit/>
          <w:jc w:val="center"/>
        </w:trPr>
        <w:tc>
          <w:tcPr>
            <w:tcW w:w="1597" w:type="dxa"/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80971" w14:textId="77777777" w:rsidR="001E2A00" w:rsidRPr="00172D36" w:rsidRDefault="001E2A00" w:rsidP="001E2A00">
            <w:pPr>
              <w:jc w:val="center"/>
            </w:pPr>
            <w:r w:rsidRPr="00172D36">
              <w:rPr>
                <w:b/>
                <w:sz w:val="18"/>
              </w:rPr>
              <w:t>1</w:t>
            </w:r>
            <w:r w:rsidRPr="00172D36">
              <w:rPr>
                <w:b/>
                <w:sz w:val="18"/>
                <w:lang w:val="ru-RU"/>
              </w:rPr>
              <w:t>5</w:t>
            </w:r>
            <w:r w:rsidRPr="00172D36">
              <w:rPr>
                <w:b/>
                <w:sz w:val="18"/>
              </w:rPr>
              <w:t>:</w:t>
            </w:r>
            <w:r w:rsidRPr="00172D36">
              <w:rPr>
                <w:b/>
                <w:sz w:val="18"/>
                <w:lang w:val="ru-RU"/>
              </w:rPr>
              <w:t>2</w:t>
            </w:r>
            <w:r w:rsidRPr="00172D36">
              <w:rPr>
                <w:b/>
                <w:sz w:val="18"/>
              </w:rPr>
              <w:t>0–1</w:t>
            </w:r>
            <w:r w:rsidRPr="00172D36">
              <w:rPr>
                <w:b/>
                <w:sz w:val="18"/>
                <w:lang w:val="ru-RU"/>
              </w:rPr>
              <w:t>5</w:t>
            </w:r>
            <w:r w:rsidRPr="00172D36">
              <w:rPr>
                <w:b/>
                <w:sz w:val="18"/>
              </w:rPr>
              <w:t>:</w:t>
            </w:r>
            <w:r w:rsidRPr="00172D36">
              <w:rPr>
                <w:b/>
                <w:sz w:val="18"/>
                <w:lang w:val="ru-RU"/>
              </w:rPr>
              <w:t>3</w:t>
            </w:r>
            <w:r w:rsidRPr="00172D36">
              <w:rPr>
                <w:b/>
                <w:sz w:val="18"/>
              </w:rPr>
              <w:t>0</w:t>
            </w:r>
          </w:p>
        </w:tc>
        <w:tc>
          <w:tcPr>
            <w:tcW w:w="5669" w:type="dxa"/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F1DD9" w14:textId="77777777" w:rsidR="001E2A00" w:rsidRPr="00D2151A" w:rsidRDefault="001E2A00" w:rsidP="001E2A00">
            <w:proofErr w:type="spellStart"/>
            <w:r w:rsidRPr="00172D36">
              <w:rPr>
                <w:b/>
                <w:sz w:val="18"/>
              </w:rPr>
              <w:t>Дискуссия</w:t>
            </w:r>
            <w:proofErr w:type="spellEnd"/>
            <w:r w:rsidRPr="00172D36">
              <w:rPr>
                <w:b/>
                <w:sz w:val="18"/>
              </w:rPr>
              <w:t xml:space="preserve">. </w:t>
            </w:r>
            <w:proofErr w:type="spellStart"/>
            <w:r w:rsidRPr="00172D36">
              <w:rPr>
                <w:b/>
                <w:sz w:val="18"/>
              </w:rPr>
              <w:t>Ответы</w:t>
            </w:r>
            <w:proofErr w:type="spellEnd"/>
            <w:r w:rsidRPr="00172D36">
              <w:rPr>
                <w:b/>
                <w:sz w:val="18"/>
              </w:rPr>
              <w:t xml:space="preserve"> </w:t>
            </w:r>
            <w:proofErr w:type="spellStart"/>
            <w:r w:rsidRPr="00172D36">
              <w:rPr>
                <w:b/>
                <w:sz w:val="18"/>
              </w:rPr>
              <w:t>на</w:t>
            </w:r>
            <w:proofErr w:type="spellEnd"/>
            <w:r w:rsidRPr="00172D36">
              <w:rPr>
                <w:b/>
                <w:sz w:val="18"/>
              </w:rPr>
              <w:t xml:space="preserve"> </w:t>
            </w:r>
            <w:proofErr w:type="spellStart"/>
            <w:r w:rsidRPr="00172D36">
              <w:rPr>
                <w:b/>
                <w:sz w:val="18"/>
              </w:rPr>
              <w:t>вопросы</w:t>
            </w:r>
            <w:proofErr w:type="spellEnd"/>
          </w:p>
        </w:tc>
        <w:tc>
          <w:tcPr>
            <w:tcW w:w="3345" w:type="dxa"/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8F9F3" w14:textId="77777777" w:rsidR="001E2A00" w:rsidRPr="00D2151A" w:rsidRDefault="001E2A00" w:rsidP="001E2A00">
            <w:pPr>
              <w:rPr>
                <w:lang w:val="ru-RU"/>
              </w:rPr>
            </w:pPr>
          </w:p>
        </w:tc>
      </w:tr>
    </w:tbl>
    <w:p w14:paraId="3631D05A" w14:textId="2EB775D4" w:rsidR="003D2EB0" w:rsidRPr="003D2EB0" w:rsidRDefault="003D2EB0" w:rsidP="003D2EB0">
      <w:pPr>
        <w:rPr>
          <w:sz w:val="28"/>
          <w:szCs w:val="28"/>
          <w:lang w:val="ru-RU"/>
        </w:rPr>
      </w:pPr>
    </w:p>
    <w:sectPr w:rsidR="003D2EB0" w:rsidRPr="003D2EB0" w:rsidSect="00034616">
      <w:headerReference w:type="default" r:id="rId8"/>
      <w:footerReference w:type="default" r:id="rId9"/>
      <w:pgSz w:w="11906" w:h="16838"/>
      <w:pgMar w:top="1049" w:right="624" w:bottom="709" w:left="624" w:header="85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D3964" w14:textId="77777777" w:rsidR="004574E9" w:rsidRDefault="004574E9">
      <w:r>
        <w:separator/>
      </w:r>
    </w:p>
  </w:endnote>
  <w:endnote w:type="continuationSeparator" w:id="0">
    <w:p w14:paraId="39D4FC67" w14:textId="77777777" w:rsidR="004574E9" w:rsidRDefault="00457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39A1C" w14:textId="21A8BDA5" w:rsidR="007E27CF" w:rsidRDefault="007E27CF">
    <w:pPr>
      <w:pStyle w:val="a7"/>
      <w:jc w:val="center"/>
      <w:rPr>
        <w:i/>
        <w:sz w:val="15"/>
        <w:lang w:val="ru-RU"/>
      </w:rPr>
    </w:pPr>
  </w:p>
  <w:p w14:paraId="61802759" w14:textId="77777777" w:rsidR="003B47E8" w:rsidRPr="005E5860" w:rsidRDefault="003B47E8">
    <w:pPr>
      <w:pStyle w:val="a7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214BE" w14:textId="77777777" w:rsidR="004574E9" w:rsidRDefault="004574E9">
      <w:r>
        <w:separator/>
      </w:r>
    </w:p>
  </w:footnote>
  <w:footnote w:type="continuationSeparator" w:id="0">
    <w:p w14:paraId="3592C94E" w14:textId="77777777" w:rsidR="004574E9" w:rsidRDefault="00457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7CAE8" w14:textId="77777777" w:rsidR="007E27CF" w:rsidRDefault="0071687D">
    <w:pPr>
      <w:pStyle w:val="a5"/>
      <w:jc w:val="center"/>
    </w:pPr>
    <w:r>
      <w:rPr>
        <w:noProof/>
      </w:rPr>
      <w:drawing>
        <wp:inline distT="0" distB="0" distL="0" distR="0" wp14:anchorId="0E1C0CA5" wp14:editId="651DBF27">
          <wp:extent cx="5120640" cy="108639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r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20640" cy="1086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4B15"/>
    <w:rsid w:val="0006063C"/>
    <w:rsid w:val="000670B0"/>
    <w:rsid w:val="00090A75"/>
    <w:rsid w:val="000D6A49"/>
    <w:rsid w:val="000E0DD2"/>
    <w:rsid w:val="0015074B"/>
    <w:rsid w:val="00172D36"/>
    <w:rsid w:val="001C23A9"/>
    <w:rsid w:val="001D7979"/>
    <w:rsid w:val="001E2A00"/>
    <w:rsid w:val="001F08AB"/>
    <w:rsid w:val="002427F1"/>
    <w:rsid w:val="0029639D"/>
    <w:rsid w:val="002D24F6"/>
    <w:rsid w:val="00326F90"/>
    <w:rsid w:val="003940EB"/>
    <w:rsid w:val="003B47E8"/>
    <w:rsid w:val="003D2EB0"/>
    <w:rsid w:val="003D36A2"/>
    <w:rsid w:val="00426FDD"/>
    <w:rsid w:val="004363D0"/>
    <w:rsid w:val="004574E9"/>
    <w:rsid w:val="004E4D87"/>
    <w:rsid w:val="004F170C"/>
    <w:rsid w:val="005B05AC"/>
    <w:rsid w:val="005C5147"/>
    <w:rsid w:val="005E5860"/>
    <w:rsid w:val="006023DA"/>
    <w:rsid w:val="00615E96"/>
    <w:rsid w:val="0062456D"/>
    <w:rsid w:val="006D10BD"/>
    <w:rsid w:val="006D3C42"/>
    <w:rsid w:val="006F40E1"/>
    <w:rsid w:val="0071687D"/>
    <w:rsid w:val="007A7A18"/>
    <w:rsid w:val="007C097D"/>
    <w:rsid w:val="007E12CF"/>
    <w:rsid w:val="007E27CF"/>
    <w:rsid w:val="007E3ABE"/>
    <w:rsid w:val="007F23B3"/>
    <w:rsid w:val="007F31B1"/>
    <w:rsid w:val="0086235A"/>
    <w:rsid w:val="0088084D"/>
    <w:rsid w:val="008A2606"/>
    <w:rsid w:val="008B359F"/>
    <w:rsid w:val="008C3DC0"/>
    <w:rsid w:val="008E395B"/>
    <w:rsid w:val="009760AE"/>
    <w:rsid w:val="009875DC"/>
    <w:rsid w:val="009D04DC"/>
    <w:rsid w:val="00A233ED"/>
    <w:rsid w:val="00A32E9A"/>
    <w:rsid w:val="00A879BA"/>
    <w:rsid w:val="00AA1D8D"/>
    <w:rsid w:val="00AA3AB3"/>
    <w:rsid w:val="00B16621"/>
    <w:rsid w:val="00B23151"/>
    <w:rsid w:val="00B47730"/>
    <w:rsid w:val="00B708BC"/>
    <w:rsid w:val="00BD1AEB"/>
    <w:rsid w:val="00BD67E7"/>
    <w:rsid w:val="00BE2604"/>
    <w:rsid w:val="00C74D26"/>
    <w:rsid w:val="00CA10FC"/>
    <w:rsid w:val="00CA4342"/>
    <w:rsid w:val="00CA6E61"/>
    <w:rsid w:val="00CA7640"/>
    <w:rsid w:val="00CB0664"/>
    <w:rsid w:val="00CB5904"/>
    <w:rsid w:val="00CC4F80"/>
    <w:rsid w:val="00CD03C7"/>
    <w:rsid w:val="00D2151A"/>
    <w:rsid w:val="00D229BF"/>
    <w:rsid w:val="00D93AE1"/>
    <w:rsid w:val="00DC22C1"/>
    <w:rsid w:val="00E15190"/>
    <w:rsid w:val="00E249FC"/>
    <w:rsid w:val="00E91EB5"/>
    <w:rsid w:val="00EB16A7"/>
    <w:rsid w:val="00ED411C"/>
    <w:rsid w:val="00F007FB"/>
    <w:rsid w:val="00F331DC"/>
    <w:rsid w:val="00F5264D"/>
    <w:rsid w:val="00F67F85"/>
    <w:rsid w:val="00F7312C"/>
    <w:rsid w:val="00F90CDE"/>
    <w:rsid w:val="00FC693F"/>
    <w:rsid w:val="00FC720D"/>
    <w:rsid w:val="00FD56E5"/>
    <w:rsid w:val="00FE6AC3"/>
    <w:rsid w:val="00FF0B42"/>
    <w:rsid w:val="00FF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CB420E"/>
  <w14:defaultImageDpi w14:val="300"/>
  <w15:docId w15:val="{AC05E91E-9ED5-8543-9A5D-862875938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5E5860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5E5860"/>
    <w:rPr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5E5860"/>
    <w:rPr>
      <w:rFonts w:ascii="Times New Roman" w:eastAsia="Times New Roman" w:hAnsi="Times New Roman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5E5860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5E5860"/>
    <w:rPr>
      <w:rFonts w:ascii="Times New Roman" w:eastAsia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7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2448</Words>
  <Characters>13954</Characters>
  <Application>Microsoft Office Word</Application>
  <DocSecurity>0</DocSecurity>
  <Lines>116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16370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Андрей</cp:lastModifiedBy>
  <cp:revision>4</cp:revision>
  <cp:lastPrinted>2026-08-06T10:57:00Z</cp:lastPrinted>
  <dcterms:created xsi:type="dcterms:W3CDTF">2026-08-26T10:54:00Z</dcterms:created>
  <dcterms:modified xsi:type="dcterms:W3CDTF">2026-08-26T12:02:00Z</dcterms:modified>
  <cp:category/>
</cp:coreProperties>
</file>